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39F30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Директору МОУ СШ №97</w:t>
      </w:r>
    </w:p>
    <w:p w14:paraId="37EEE61B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Дзержинского района Волгограда</w:t>
      </w:r>
    </w:p>
    <w:p w14:paraId="62FE6256" w14:textId="77777777" w:rsidR="00615825" w:rsidRPr="0017676F" w:rsidRDefault="0017676F" w:rsidP="0017676F">
      <w:pPr>
        <w:spacing w:after="240" w:line="360" w:lineRule="auto"/>
        <w:jc w:val="right"/>
        <w:rPr>
          <w:lang w:val="ru-RU"/>
        </w:rPr>
      </w:pPr>
      <w:r w:rsidRPr="0017676F">
        <w:rPr>
          <w:lang w:val="ru-RU"/>
        </w:rPr>
        <w:t xml:space="preserve">И.А. </w:t>
      </w:r>
      <w:proofErr w:type="spellStart"/>
      <w:r w:rsidRPr="0017676F">
        <w:rPr>
          <w:lang w:val="ru-RU"/>
        </w:rPr>
        <w:t>Боженову</w:t>
      </w:r>
      <w:proofErr w:type="spellEnd"/>
    </w:p>
    <w:p w14:paraId="540F76DA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от ______________________________________</w:t>
      </w:r>
    </w:p>
    <w:p w14:paraId="704F5B77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sz w:val="20"/>
          <w:lang w:val="ru-RU"/>
        </w:rPr>
        <w:t>(ФИО родителя / законного представителя)</w:t>
      </w:r>
    </w:p>
    <w:p w14:paraId="2F74CF01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проживающего(ей) по адресу: _________________</w:t>
      </w:r>
    </w:p>
    <w:p w14:paraId="2F362D0F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____________________________________________</w:t>
      </w:r>
    </w:p>
    <w:p w14:paraId="4C6B6E2B" w14:textId="77777777" w:rsidR="00615825" w:rsidRPr="0017676F" w:rsidRDefault="0017676F" w:rsidP="0017676F">
      <w:pPr>
        <w:spacing w:after="240" w:line="360" w:lineRule="auto"/>
        <w:jc w:val="right"/>
        <w:rPr>
          <w:lang w:val="ru-RU"/>
        </w:rPr>
      </w:pPr>
      <w:r w:rsidRPr="0017676F">
        <w:rPr>
          <w:lang w:val="ru-RU"/>
        </w:rPr>
        <w:t>телефон: ___________________________________</w:t>
      </w:r>
    </w:p>
    <w:p w14:paraId="506E39AB" w14:textId="77777777" w:rsidR="00615825" w:rsidRPr="0017676F" w:rsidRDefault="0017676F">
      <w:pPr>
        <w:spacing w:after="240" w:line="360" w:lineRule="auto"/>
        <w:jc w:val="center"/>
        <w:rPr>
          <w:lang w:val="ru-RU"/>
        </w:rPr>
      </w:pPr>
      <w:r w:rsidRPr="0017676F">
        <w:rPr>
          <w:b/>
          <w:sz w:val="26"/>
          <w:lang w:val="ru-RU"/>
        </w:rPr>
        <w:t>ЗАЯВЛЕНИЕ</w:t>
      </w:r>
    </w:p>
    <w:p w14:paraId="2FA72AFE" w14:textId="77777777" w:rsidR="00615825" w:rsidRPr="0017676F" w:rsidRDefault="0017676F">
      <w:pPr>
        <w:spacing w:after="80" w:line="360" w:lineRule="auto"/>
        <w:jc w:val="both"/>
        <w:rPr>
          <w:lang w:val="ru-RU"/>
        </w:rPr>
      </w:pPr>
      <w:r w:rsidRPr="0017676F">
        <w:rPr>
          <w:lang w:val="ru-RU"/>
        </w:rPr>
        <w:t>Прошу зачислить моего(ю) сына / дочь ______________________________________________</w:t>
      </w:r>
    </w:p>
    <w:p w14:paraId="6F16BBA8" w14:textId="653D2D2A" w:rsidR="00615825" w:rsidRPr="0017676F" w:rsidRDefault="0017676F" w:rsidP="0017676F">
      <w:pPr>
        <w:spacing w:after="80" w:line="360" w:lineRule="auto"/>
        <w:rPr>
          <w:lang w:val="ru-RU"/>
        </w:rPr>
      </w:pPr>
      <w:r w:rsidRPr="0017676F">
        <w:rPr>
          <w:sz w:val="20"/>
          <w:lang w:val="ru-RU"/>
        </w:rPr>
        <w:t xml:space="preserve">(ФИО </w:t>
      </w:r>
      <w:proofErr w:type="gramStart"/>
      <w:r w:rsidRPr="0017676F">
        <w:rPr>
          <w:sz w:val="20"/>
          <w:lang w:val="ru-RU"/>
        </w:rPr>
        <w:t>ребёнка)</w:t>
      </w:r>
      <w:r w:rsidRPr="0017676F">
        <w:rPr>
          <w:lang w:val="ru-RU"/>
        </w:rPr>
        <w:t>_</w:t>
      </w:r>
      <w:proofErr w:type="gramEnd"/>
      <w:r w:rsidRPr="0017676F">
        <w:rPr>
          <w:lang w:val="ru-RU"/>
        </w:rPr>
        <w:t>_____ года рождения, обучающегося(</w:t>
      </w:r>
      <w:proofErr w:type="spellStart"/>
      <w:r w:rsidRPr="0017676F">
        <w:rPr>
          <w:lang w:val="ru-RU"/>
        </w:rPr>
        <w:t>уюся</w:t>
      </w:r>
      <w:proofErr w:type="spellEnd"/>
      <w:r w:rsidRPr="0017676F">
        <w:rPr>
          <w:lang w:val="ru-RU"/>
        </w:rPr>
        <w:t>) ____ класса, в гр</w:t>
      </w:r>
      <w:r w:rsidRPr="0017676F">
        <w:rPr>
          <w:lang w:val="ru-RU"/>
        </w:rPr>
        <w:t>уппу продлённого дня</w:t>
      </w:r>
      <w:r>
        <w:rPr>
          <w:lang w:val="ru-RU"/>
        </w:rPr>
        <w:t xml:space="preserve"> </w:t>
      </w:r>
      <w:r w:rsidRPr="0017676F">
        <w:rPr>
          <w:lang w:val="ru-RU"/>
        </w:rPr>
        <w:t>МОУ СШ №97 с «___» ________ 20__ г.</w:t>
      </w:r>
    </w:p>
    <w:p w14:paraId="562A08FA" w14:textId="77777777" w:rsidR="00615825" w:rsidRPr="0017676F" w:rsidRDefault="0017676F">
      <w:pPr>
        <w:spacing w:after="240" w:line="360" w:lineRule="auto"/>
        <w:jc w:val="both"/>
        <w:rPr>
          <w:lang w:val="ru-RU"/>
        </w:rPr>
      </w:pPr>
      <w:r w:rsidRPr="0017676F">
        <w:rPr>
          <w:lang w:val="ru-RU"/>
        </w:rPr>
        <w:t>С Положением о группе продлённого дня МОУ СШ №97 ознакомлен(а) и обязуюсь соблюдать.</w:t>
      </w:r>
    </w:p>
    <w:p w14:paraId="25A73CDB" w14:textId="77777777" w:rsidR="00615825" w:rsidRPr="0017676F" w:rsidRDefault="0017676F">
      <w:pPr>
        <w:spacing w:after="240" w:line="360" w:lineRule="auto"/>
        <w:jc w:val="both"/>
        <w:rPr>
          <w:lang w:val="ru-RU"/>
        </w:rPr>
      </w:pPr>
      <w:r w:rsidRPr="0017676F">
        <w:rPr>
          <w:lang w:val="ru-RU"/>
        </w:rPr>
        <w:t>С режимом работы ГПД ознакомлен(а). Буду забирать ребёнка в ____ часов ____ минут.</w:t>
      </w:r>
    </w:p>
    <w:p w14:paraId="1BD675D4" w14:textId="77777777" w:rsidR="00615825" w:rsidRPr="0017676F" w:rsidRDefault="0017676F">
      <w:pPr>
        <w:spacing w:after="240" w:line="360" w:lineRule="auto"/>
        <w:rPr>
          <w:lang w:val="ru-RU"/>
        </w:rPr>
      </w:pPr>
      <w:r w:rsidRPr="0017676F">
        <w:rPr>
          <w:lang w:val="ru-RU"/>
        </w:rPr>
        <w:t>Дата: «___» ________ 20__ г.</w:t>
      </w:r>
    </w:p>
    <w:p w14:paraId="0D72F872" w14:textId="77777777" w:rsidR="00615825" w:rsidRPr="0017676F" w:rsidRDefault="0017676F">
      <w:pPr>
        <w:spacing w:after="40" w:line="360" w:lineRule="auto"/>
        <w:rPr>
          <w:lang w:val="ru-RU"/>
        </w:rPr>
      </w:pPr>
      <w:r w:rsidRPr="0017676F">
        <w:rPr>
          <w:lang w:val="ru-RU"/>
        </w:rPr>
        <w:t>По</w:t>
      </w:r>
      <w:r w:rsidRPr="0017676F">
        <w:rPr>
          <w:lang w:val="ru-RU"/>
        </w:rPr>
        <w:t>дпись ______________                            / ________________________ /</w:t>
      </w:r>
    </w:p>
    <w:p w14:paraId="0EB1EA42" w14:textId="77777777" w:rsidR="00615825" w:rsidRPr="0017676F" w:rsidRDefault="00615825">
      <w:pPr>
        <w:spacing w:after="240" w:line="360" w:lineRule="auto"/>
        <w:rPr>
          <w:lang w:val="ru-RU"/>
        </w:rPr>
      </w:pPr>
    </w:p>
    <w:p w14:paraId="5A74AC55" w14:textId="77777777" w:rsidR="00615825" w:rsidRPr="0017676F" w:rsidRDefault="0017676F">
      <w:pPr>
        <w:spacing w:line="360" w:lineRule="auto"/>
        <w:jc w:val="center"/>
        <w:rPr>
          <w:lang w:val="ru-RU"/>
        </w:rPr>
      </w:pPr>
      <w:r w:rsidRPr="0017676F">
        <w:rPr>
          <w:sz w:val="20"/>
          <w:lang w:val="ru-RU"/>
        </w:rPr>
        <w:t>____________________________________________________________________________</w:t>
      </w:r>
    </w:p>
    <w:p w14:paraId="49042839" w14:textId="76FAA043" w:rsidR="00615825" w:rsidRDefault="00615825">
      <w:pPr>
        <w:spacing w:after="240" w:line="360" w:lineRule="auto"/>
        <w:rPr>
          <w:lang w:val="ru-RU"/>
        </w:rPr>
      </w:pPr>
    </w:p>
    <w:p w14:paraId="07E31BC9" w14:textId="2EADA1CC" w:rsidR="0017676F" w:rsidRDefault="0017676F">
      <w:pPr>
        <w:spacing w:after="240" w:line="360" w:lineRule="auto"/>
        <w:rPr>
          <w:lang w:val="ru-RU"/>
        </w:rPr>
      </w:pPr>
    </w:p>
    <w:p w14:paraId="5624D64A" w14:textId="5E3DC426" w:rsidR="0017676F" w:rsidRDefault="0017676F">
      <w:pPr>
        <w:spacing w:after="240" w:line="360" w:lineRule="auto"/>
        <w:rPr>
          <w:lang w:val="ru-RU"/>
        </w:rPr>
      </w:pPr>
    </w:p>
    <w:p w14:paraId="029ADBE5" w14:textId="09F29DDC" w:rsidR="0017676F" w:rsidRDefault="0017676F">
      <w:pPr>
        <w:spacing w:after="240" w:line="360" w:lineRule="auto"/>
        <w:rPr>
          <w:lang w:val="ru-RU"/>
        </w:rPr>
      </w:pPr>
    </w:p>
    <w:p w14:paraId="3B9EC735" w14:textId="554D1542" w:rsidR="0017676F" w:rsidRDefault="0017676F">
      <w:pPr>
        <w:spacing w:after="240" w:line="360" w:lineRule="auto"/>
        <w:rPr>
          <w:lang w:val="ru-RU"/>
        </w:rPr>
      </w:pPr>
    </w:p>
    <w:p w14:paraId="09356DCE" w14:textId="77777777" w:rsidR="0017676F" w:rsidRPr="0017676F" w:rsidRDefault="0017676F">
      <w:pPr>
        <w:spacing w:after="240" w:line="360" w:lineRule="auto"/>
        <w:rPr>
          <w:lang w:val="ru-RU"/>
        </w:rPr>
      </w:pPr>
    </w:p>
    <w:p w14:paraId="3F87E966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lastRenderedPageBreak/>
        <w:t>Директору МОУ СШ №97</w:t>
      </w:r>
    </w:p>
    <w:p w14:paraId="5C11CDF6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Дзержинского района Волгограда</w:t>
      </w:r>
    </w:p>
    <w:p w14:paraId="32174364" w14:textId="77777777" w:rsidR="00615825" w:rsidRPr="0017676F" w:rsidRDefault="0017676F" w:rsidP="0017676F">
      <w:pPr>
        <w:spacing w:after="240" w:line="360" w:lineRule="auto"/>
        <w:jc w:val="right"/>
        <w:rPr>
          <w:lang w:val="ru-RU"/>
        </w:rPr>
      </w:pPr>
      <w:r w:rsidRPr="0017676F">
        <w:rPr>
          <w:lang w:val="ru-RU"/>
        </w:rPr>
        <w:t xml:space="preserve">И.А. </w:t>
      </w:r>
      <w:proofErr w:type="spellStart"/>
      <w:r w:rsidRPr="0017676F">
        <w:rPr>
          <w:lang w:val="ru-RU"/>
        </w:rPr>
        <w:t>Боженову</w:t>
      </w:r>
      <w:proofErr w:type="spellEnd"/>
    </w:p>
    <w:p w14:paraId="418111D2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 xml:space="preserve">от </w:t>
      </w:r>
      <w:r w:rsidRPr="0017676F">
        <w:rPr>
          <w:lang w:val="ru-RU"/>
        </w:rPr>
        <w:t>______________________________________</w:t>
      </w:r>
    </w:p>
    <w:p w14:paraId="0F956B80" w14:textId="77777777" w:rsidR="00615825" w:rsidRPr="0017676F" w:rsidRDefault="0017676F" w:rsidP="0017676F">
      <w:pPr>
        <w:spacing w:after="240" w:line="360" w:lineRule="auto"/>
        <w:jc w:val="right"/>
        <w:rPr>
          <w:lang w:val="ru-RU"/>
        </w:rPr>
      </w:pPr>
      <w:r w:rsidRPr="0017676F">
        <w:rPr>
          <w:sz w:val="20"/>
          <w:lang w:val="ru-RU"/>
        </w:rPr>
        <w:t>(ФИО родителя / законного представителя)</w:t>
      </w:r>
    </w:p>
    <w:p w14:paraId="7249C88A" w14:textId="77777777" w:rsidR="00615825" w:rsidRPr="0017676F" w:rsidRDefault="0017676F">
      <w:pPr>
        <w:spacing w:after="240" w:line="360" w:lineRule="auto"/>
        <w:jc w:val="center"/>
        <w:rPr>
          <w:lang w:val="ru-RU"/>
        </w:rPr>
      </w:pPr>
      <w:r w:rsidRPr="0017676F">
        <w:rPr>
          <w:b/>
          <w:sz w:val="26"/>
          <w:lang w:val="ru-RU"/>
        </w:rPr>
        <w:t>ЗАЯВЛЕНИЕ</w:t>
      </w:r>
    </w:p>
    <w:p w14:paraId="139F5B6F" w14:textId="77777777" w:rsidR="00615825" w:rsidRPr="0017676F" w:rsidRDefault="0017676F">
      <w:pPr>
        <w:spacing w:after="80" w:line="360" w:lineRule="auto"/>
        <w:jc w:val="both"/>
        <w:rPr>
          <w:lang w:val="ru-RU"/>
        </w:rPr>
      </w:pPr>
      <w:r w:rsidRPr="0017676F">
        <w:rPr>
          <w:lang w:val="ru-RU"/>
        </w:rPr>
        <w:t>Я, __________________________________________________________________________,</w:t>
      </w:r>
    </w:p>
    <w:p w14:paraId="63836A31" w14:textId="77777777" w:rsidR="00615825" w:rsidRPr="0017676F" w:rsidRDefault="0017676F">
      <w:pPr>
        <w:spacing w:after="80" w:line="360" w:lineRule="auto"/>
        <w:rPr>
          <w:lang w:val="ru-RU"/>
        </w:rPr>
      </w:pPr>
      <w:r w:rsidRPr="0017676F">
        <w:rPr>
          <w:sz w:val="20"/>
          <w:lang w:val="ru-RU"/>
        </w:rPr>
        <w:t>(ФИО родителя)</w:t>
      </w:r>
    </w:p>
    <w:p w14:paraId="438DD4D5" w14:textId="77777777" w:rsidR="00615825" w:rsidRPr="0017676F" w:rsidRDefault="0017676F">
      <w:pPr>
        <w:spacing w:after="80" w:line="360" w:lineRule="auto"/>
        <w:jc w:val="both"/>
        <w:rPr>
          <w:lang w:val="ru-RU"/>
        </w:rPr>
      </w:pPr>
      <w:r w:rsidRPr="0017676F">
        <w:rPr>
          <w:lang w:val="ru-RU"/>
        </w:rPr>
        <w:t>являясь законным представителем обучающегося(</w:t>
      </w:r>
      <w:proofErr w:type="spellStart"/>
      <w:r w:rsidRPr="0017676F">
        <w:rPr>
          <w:lang w:val="ru-RU"/>
        </w:rPr>
        <w:t>ейся</w:t>
      </w:r>
      <w:proofErr w:type="spellEnd"/>
      <w:r w:rsidRPr="0017676F">
        <w:rPr>
          <w:lang w:val="ru-RU"/>
        </w:rPr>
        <w:t>) _____________________</w:t>
      </w:r>
      <w:r w:rsidRPr="0017676F">
        <w:rPr>
          <w:lang w:val="ru-RU"/>
        </w:rPr>
        <w:t>________</w:t>
      </w:r>
    </w:p>
    <w:p w14:paraId="5184A7A1" w14:textId="290B8EB2" w:rsidR="00615825" w:rsidRPr="0017676F" w:rsidRDefault="0017676F" w:rsidP="0017676F">
      <w:pPr>
        <w:spacing w:after="80" w:line="360" w:lineRule="auto"/>
        <w:rPr>
          <w:lang w:val="ru-RU"/>
        </w:rPr>
      </w:pPr>
      <w:r w:rsidRPr="0017676F">
        <w:rPr>
          <w:sz w:val="20"/>
          <w:lang w:val="ru-RU"/>
        </w:rPr>
        <w:t xml:space="preserve">(ФИО </w:t>
      </w:r>
      <w:proofErr w:type="gramStart"/>
      <w:r w:rsidRPr="0017676F">
        <w:rPr>
          <w:sz w:val="20"/>
          <w:lang w:val="ru-RU"/>
        </w:rPr>
        <w:t>ребёнка)</w:t>
      </w:r>
      <w:r w:rsidRPr="0017676F">
        <w:rPr>
          <w:lang w:val="ru-RU"/>
        </w:rPr>
        <w:t>_</w:t>
      </w:r>
      <w:proofErr w:type="gramEnd"/>
      <w:r w:rsidRPr="0017676F">
        <w:rPr>
          <w:lang w:val="ru-RU"/>
        </w:rPr>
        <w:t>____ года рождения, обучающегося(</w:t>
      </w:r>
      <w:proofErr w:type="spellStart"/>
      <w:r w:rsidRPr="0017676F">
        <w:rPr>
          <w:lang w:val="ru-RU"/>
        </w:rPr>
        <w:t>уюся</w:t>
      </w:r>
      <w:proofErr w:type="spellEnd"/>
      <w:r w:rsidRPr="0017676F">
        <w:rPr>
          <w:lang w:val="ru-RU"/>
        </w:rPr>
        <w:t>) ____ класса, даю согласие на самостоятельный</w:t>
      </w:r>
      <w:r>
        <w:rPr>
          <w:lang w:val="ru-RU"/>
        </w:rPr>
        <w:t xml:space="preserve"> </w:t>
      </w:r>
      <w:r w:rsidRPr="0017676F">
        <w:rPr>
          <w:lang w:val="ru-RU"/>
        </w:rPr>
        <w:t>уход моего ребёнка из группы продлённого дня в ____ часов ____ минут.</w:t>
      </w:r>
    </w:p>
    <w:p w14:paraId="691FA40D" w14:textId="77777777" w:rsidR="00615825" w:rsidRPr="0017676F" w:rsidRDefault="0017676F">
      <w:pPr>
        <w:spacing w:after="80" w:line="360" w:lineRule="auto"/>
        <w:jc w:val="both"/>
        <w:rPr>
          <w:lang w:val="ru-RU"/>
        </w:rPr>
      </w:pPr>
      <w:r w:rsidRPr="0017676F">
        <w:rPr>
          <w:lang w:val="ru-RU"/>
        </w:rPr>
        <w:t>Я предупреждён(а) о том, что школа не несёт ответственности за жизнь и здоров</w:t>
      </w:r>
      <w:r w:rsidRPr="0017676F">
        <w:rPr>
          <w:lang w:val="ru-RU"/>
        </w:rPr>
        <w:t>ье ребёнка</w:t>
      </w:r>
    </w:p>
    <w:p w14:paraId="7DE57B62" w14:textId="77777777" w:rsidR="00615825" w:rsidRPr="0017676F" w:rsidRDefault="0017676F">
      <w:pPr>
        <w:spacing w:after="240" w:line="360" w:lineRule="auto"/>
        <w:jc w:val="both"/>
        <w:rPr>
          <w:lang w:val="ru-RU"/>
        </w:rPr>
      </w:pPr>
      <w:r w:rsidRPr="0017676F">
        <w:rPr>
          <w:lang w:val="ru-RU"/>
        </w:rPr>
        <w:t>после его самостоятельного ухода из ГПД.</w:t>
      </w:r>
    </w:p>
    <w:p w14:paraId="67BB57AF" w14:textId="77777777" w:rsidR="00615825" w:rsidRPr="0017676F" w:rsidRDefault="0017676F">
      <w:pPr>
        <w:spacing w:after="240" w:line="360" w:lineRule="auto"/>
        <w:rPr>
          <w:lang w:val="ru-RU"/>
        </w:rPr>
      </w:pPr>
      <w:r w:rsidRPr="0017676F">
        <w:rPr>
          <w:lang w:val="ru-RU"/>
        </w:rPr>
        <w:t>Дата: «___» ________ 20__ г.</w:t>
      </w:r>
    </w:p>
    <w:p w14:paraId="191FC2CC" w14:textId="77777777" w:rsidR="00615825" w:rsidRPr="0017676F" w:rsidRDefault="0017676F">
      <w:pPr>
        <w:spacing w:after="40" w:line="360" w:lineRule="auto"/>
        <w:rPr>
          <w:lang w:val="ru-RU"/>
        </w:rPr>
      </w:pPr>
      <w:r w:rsidRPr="0017676F">
        <w:rPr>
          <w:lang w:val="ru-RU"/>
        </w:rPr>
        <w:t>Подпись ______________                            / ________________________ /</w:t>
      </w:r>
    </w:p>
    <w:p w14:paraId="7280C700" w14:textId="77777777" w:rsidR="00615825" w:rsidRPr="0017676F" w:rsidRDefault="00615825">
      <w:pPr>
        <w:spacing w:after="240" w:line="360" w:lineRule="auto"/>
        <w:rPr>
          <w:lang w:val="ru-RU"/>
        </w:rPr>
      </w:pPr>
    </w:p>
    <w:p w14:paraId="515F425C" w14:textId="77777777" w:rsidR="00615825" w:rsidRPr="0017676F" w:rsidRDefault="0017676F">
      <w:pPr>
        <w:spacing w:line="360" w:lineRule="auto"/>
        <w:jc w:val="center"/>
        <w:rPr>
          <w:lang w:val="ru-RU"/>
        </w:rPr>
      </w:pPr>
      <w:r w:rsidRPr="0017676F">
        <w:rPr>
          <w:sz w:val="20"/>
          <w:lang w:val="ru-RU"/>
        </w:rPr>
        <w:t>____________________________________________________________________________</w:t>
      </w:r>
    </w:p>
    <w:p w14:paraId="4E81AAE6" w14:textId="3B6DF850" w:rsidR="00615825" w:rsidRDefault="00615825">
      <w:pPr>
        <w:spacing w:after="240" w:line="360" w:lineRule="auto"/>
        <w:rPr>
          <w:lang w:val="ru-RU"/>
        </w:rPr>
      </w:pPr>
    </w:p>
    <w:p w14:paraId="04DBF101" w14:textId="04B961F9" w:rsidR="0017676F" w:rsidRDefault="0017676F">
      <w:pPr>
        <w:spacing w:after="240" w:line="360" w:lineRule="auto"/>
        <w:rPr>
          <w:lang w:val="ru-RU"/>
        </w:rPr>
      </w:pPr>
    </w:p>
    <w:p w14:paraId="56F0402F" w14:textId="59DB23CA" w:rsidR="0017676F" w:rsidRDefault="0017676F">
      <w:pPr>
        <w:spacing w:after="240" w:line="360" w:lineRule="auto"/>
        <w:rPr>
          <w:lang w:val="ru-RU"/>
        </w:rPr>
      </w:pPr>
    </w:p>
    <w:p w14:paraId="46F8D89F" w14:textId="539B163D" w:rsidR="0017676F" w:rsidRDefault="0017676F">
      <w:pPr>
        <w:spacing w:after="240" w:line="360" w:lineRule="auto"/>
        <w:rPr>
          <w:lang w:val="ru-RU"/>
        </w:rPr>
      </w:pPr>
    </w:p>
    <w:p w14:paraId="7FB11120" w14:textId="46EAF934" w:rsidR="0017676F" w:rsidRDefault="0017676F">
      <w:pPr>
        <w:spacing w:after="240" w:line="360" w:lineRule="auto"/>
        <w:rPr>
          <w:lang w:val="ru-RU"/>
        </w:rPr>
      </w:pPr>
    </w:p>
    <w:p w14:paraId="3F670E0B" w14:textId="6F9280C7" w:rsidR="0017676F" w:rsidRDefault="0017676F">
      <w:pPr>
        <w:spacing w:after="240" w:line="360" w:lineRule="auto"/>
        <w:rPr>
          <w:lang w:val="ru-RU"/>
        </w:rPr>
      </w:pPr>
    </w:p>
    <w:p w14:paraId="626348C1" w14:textId="15EAF4B3" w:rsidR="0017676F" w:rsidRDefault="0017676F">
      <w:pPr>
        <w:spacing w:after="240" w:line="360" w:lineRule="auto"/>
        <w:rPr>
          <w:lang w:val="ru-RU"/>
        </w:rPr>
      </w:pPr>
    </w:p>
    <w:p w14:paraId="71BA2FAC" w14:textId="77777777" w:rsidR="0017676F" w:rsidRPr="0017676F" w:rsidRDefault="0017676F">
      <w:pPr>
        <w:spacing w:after="240" w:line="360" w:lineRule="auto"/>
        <w:rPr>
          <w:lang w:val="ru-RU"/>
        </w:rPr>
      </w:pPr>
      <w:bookmarkStart w:id="0" w:name="_GoBack"/>
      <w:bookmarkEnd w:id="0"/>
    </w:p>
    <w:p w14:paraId="5F860D79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lastRenderedPageBreak/>
        <w:t xml:space="preserve">Директору МОУ СШ </w:t>
      </w:r>
      <w:r w:rsidRPr="0017676F">
        <w:rPr>
          <w:lang w:val="ru-RU"/>
        </w:rPr>
        <w:t>№97</w:t>
      </w:r>
    </w:p>
    <w:p w14:paraId="34BFC595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Дзержинского района Волгограда</w:t>
      </w:r>
    </w:p>
    <w:p w14:paraId="3C0BAAD0" w14:textId="77777777" w:rsidR="00615825" w:rsidRPr="0017676F" w:rsidRDefault="0017676F" w:rsidP="0017676F">
      <w:pPr>
        <w:spacing w:after="240" w:line="360" w:lineRule="auto"/>
        <w:jc w:val="right"/>
        <w:rPr>
          <w:lang w:val="ru-RU"/>
        </w:rPr>
      </w:pPr>
      <w:r w:rsidRPr="0017676F">
        <w:rPr>
          <w:lang w:val="ru-RU"/>
        </w:rPr>
        <w:t xml:space="preserve">И.А. </w:t>
      </w:r>
      <w:proofErr w:type="spellStart"/>
      <w:r w:rsidRPr="0017676F">
        <w:rPr>
          <w:lang w:val="ru-RU"/>
        </w:rPr>
        <w:t>Боженову</w:t>
      </w:r>
      <w:proofErr w:type="spellEnd"/>
    </w:p>
    <w:p w14:paraId="26A4C48E" w14:textId="77777777" w:rsidR="00615825" w:rsidRPr="0017676F" w:rsidRDefault="0017676F" w:rsidP="0017676F">
      <w:pPr>
        <w:spacing w:after="40" w:line="360" w:lineRule="auto"/>
        <w:jc w:val="right"/>
        <w:rPr>
          <w:lang w:val="ru-RU"/>
        </w:rPr>
      </w:pPr>
      <w:r w:rsidRPr="0017676F">
        <w:rPr>
          <w:lang w:val="ru-RU"/>
        </w:rPr>
        <w:t>от ______________________________________</w:t>
      </w:r>
    </w:p>
    <w:p w14:paraId="1A155102" w14:textId="77777777" w:rsidR="00615825" w:rsidRPr="0017676F" w:rsidRDefault="0017676F" w:rsidP="0017676F">
      <w:pPr>
        <w:spacing w:after="240" w:line="360" w:lineRule="auto"/>
        <w:jc w:val="right"/>
        <w:rPr>
          <w:lang w:val="ru-RU"/>
        </w:rPr>
      </w:pPr>
      <w:r w:rsidRPr="0017676F">
        <w:rPr>
          <w:sz w:val="20"/>
          <w:lang w:val="ru-RU"/>
        </w:rPr>
        <w:t>(ФИО родителя / законного представителя)</w:t>
      </w:r>
    </w:p>
    <w:p w14:paraId="3ED16FE6" w14:textId="77777777" w:rsidR="00615825" w:rsidRPr="0017676F" w:rsidRDefault="0017676F">
      <w:pPr>
        <w:spacing w:after="240" w:line="360" w:lineRule="auto"/>
        <w:jc w:val="center"/>
        <w:rPr>
          <w:lang w:val="ru-RU"/>
        </w:rPr>
      </w:pPr>
      <w:r w:rsidRPr="0017676F">
        <w:rPr>
          <w:b/>
          <w:sz w:val="26"/>
          <w:lang w:val="ru-RU"/>
        </w:rPr>
        <w:t>ЗАЯВЛЕНИЕ</w:t>
      </w:r>
    </w:p>
    <w:p w14:paraId="03BEB0E9" w14:textId="77777777" w:rsidR="00615825" w:rsidRPr="0017676F" w:rsidRDefault="0017676F">
      <w:pPr>
        <w:spacing w:after="80" w:line="360" w:lineRule="auto"/>
        <w:jc w:val="both"/>
        <w:rPr>
          <w:lang w:val="ru-RU"/>
        </w:rPr>
      </w:pPr>
      <w:r w:rsidRPr="0017676F">
        <w:rPr>
          <w:lang w:val="ru-RU"/>
        </w:rPr>
        <w:t xml:space="preserve">Я, </w:t>
      </w:r>
      <w:r w:rsidRPr="0017676F">
        <w:rPr>
          <w:lang w:val="ru-RU"/>
        </w:rPr>
        <w:t>__________________________________________________________________________,</w:t>
      </w:r>
    </w:p>
    <w:p w14:paraId="459592C4" w14:textId="77777777" w:rsidR="00615825" w:rsidRPr="0017676F" w:rsidRDefault="0017676F">
      <w:pPr>
        <w:spacing w:after="80" w:line="360" w:lineRule="auto"/>
        <w:rPr>
          <w:lang w:val="ru-RU"/>
        </w:rPr>
      </w:pPr>
      <w:r w:rsidRPr="0017676F">
        <w:rPr>
          <w:sz w:val="20"/>
          <w:lang w:val="ru-RU"/>
        </w:rPr>
        <w:t>(ФИО родителя)</w:t>
      </w:r>
    </w:p>
    <w:p w14:paraId="162C44EB" w14:textId="77777777" w:rsidR="00615825" w:rsidRPr="0017676F" w:rsidRDefault="0017676F">
      <w:pPr>
        <w:spacing w:after="80" w:line="360" w:lineRule="auto"/>
        <w:jc w:val="both"/>
        <w:rPr>
          <w:lang w:val="ru-RU"/>
        </w:rPr>
      </w:pPr>
      <w:r w:rsidRPr="0017676F">
        <w:rPr>
          <w:lang w:val="ru-RU"/>
        </w:rPr>
        <w:t>даю разрешение на передачу моего ребёнка ________________________________________</w:t>
      </w:r>
    </w:p>
    <w:p w14:paraId="3B5CAB6F" w14:textId="77777777" w:rsidR="00615825" w:rsidRPr="0017676F" w:rsidRDefault="0017676F">
      <w:pPr>
        <w:spacing w:after="80" w:line="360" w:lineRule="auto"/>
        <w:rPr>
          <w:lang w:val="ru-RU"/>
        </w:rPr>
      </w:pPr>
      <w:r w:rsidRPr="0017676F">
        <w:rPr>
          <w:sz w:val="20"/>
          <w:lang w:val="ru-RU"/>
        </w:rPr>
        <w:t>(ФИО ребёнка)</w:t>
      </w:r>
    </w:p>
    <w:p w14:paraId="6D29A6C6" w14:textId="77777777" w:rsidR="00615825" w:rsidRPr="0017676F" w:rsidRDefault="0017676F">
      <w:pPr>
        <w:spacing w:after="120" w:line="360" w:lineRule="auto"/>
        <w:jc w:val="both"/>
        <w:rPr>
          <w:lang w:val="ru-RU"/>
        </w:rPr>
      </w:pPr>
      <w:r w:rsidRPr="0017676F">
        <w:rPr>
          <w:lang w:val="ru-RU"/>
        </w:rPr>
        <w:t>из группы продлённого дня следующим лицам:</w:t>
      </w:r>
    </w:p>
    <w:p w14:paraId="71EFF7E2" w14:textId="77777777" w:rsidR="00615825" w:rsidRPr="0017676F" w:rsidRDefault="0017676F">
      <w:pPr>
        <w:spacing w:after="40" w:line="360" w:lineRule="auto"/>
        <w:rPr>
          <w:lang w:val="ru-RU"/>
        </w:rPr>
      </w:pPr>
      <w:r w:rsidRPr="0017676F">
        <w:rPr>
          <w:lang w:val="ru-RU"/>
        </w:rPr>
        <w:t xml:space="preserve">1. </w:t>
      </w:r>
      <w:r w:rsidRPr="0017676F">
        <w:rPr>
          <w:lang w:val="ru-RU"/>
        </w:rPr>
        <w:t>__________________________________________________________________________</w:t>
      </w:r>
    </w:p>
    <w:p w14:paraId="1E057FFB" w14:textId="77777777" w:rsidR="00615825" w:rsidRPr="0017676F" w:rsidRDefault="0017676F">
      <w:pPr>
        <w:spacing w:after="80" w:line="360" w:lineRule="auto"/>
        <w:rPr>
          <w:lang w:val="ru-RU"/>
        </w:rPr>
      </w:pPr>
      <w:r w:rsidRPr="0017676F">
        <w:rPr>
          <w:sz w:val="20"/>
          <w:lang w:val="ru-RU"/>
        </w:rPr>
        <w:t xml:space="preserve">   (ФИО, степень родства)</w:t>
      </w:r>
    </w:p>
    <w:p w14:paraId="540B82CB" w14:textId="77777777" w:rsidR="00615825" w:rsidRPr="0017676F" w:rsidRDefault="0017676F">
      <w:pPr>
        <w:spacing w:after="40" w:line="360" w:lineRule="auto"/>
        <w:rPr>
          <w:lang w:val="ru-RU"/>
        </w:rPr>
      </w:pPr>
      <w:r w:rsidRPr="0017676F">
        <w:rPr>
          <w:lang w:val="ru-RU"/>
        </w:rPr>
        <w:t>2. __________________________________________________________________________</w:t>
      </w:r>
    </w:p>
    <w:p w14:paraId="58A591F1" w14:textId="77777777" w:rsidR="00615825" w:rsidRPr="0017676F" w:rsidRDefault="0017676F">
      <w:pPr>
        <w:spacing w:after="240" w:line="360" w:lineRule="auto"/>
        <w:rPr>
          <w:lang w:val="ru-RU"/>
        </w:rPr>
      </w:pPr>
      <w:r w:rsidRPr="0017676F">
        <w:rPr>
          <w:sz w:val="20"/>
          <w:lang w:val="ru-RU"/>
        </w:rPr>
        <w:t xml:space="preserve">   (ФИО, степень родства)</w:t>
      </w:r>
    </w:p>
    <w:p w14:paraId="62DCAF7A" w14:textId="77777777" w:rsidR="00615825" w:rsidRPr="0017676F" w:rsidRDefault="0017676F">
      <w:pPr>
        <w:spacing w:after="240" w:line="360" w:lineRule="auto"/>
        <w:jc w:val="both"/>
        <w:rPr>
          <w:lang w:val="ru-RU"/>
        </w:rPr>
      </w:pPr>
      <w:r w:rsidRPr="0017676F">
        <w:rPr>
          <w:lang w:val="ru-RU"/>
        </w:rPr>
        <w:t>Указанные лица обязаны предъявить документ, удостов</w:t>
      </w:r>
      <w:r w:rsidRPr="0017676F">
        <w:rPr>
          <w:lang w:val="ru-RU"/>
        </w:rPr>
        <w:t>еряющий личность (паспорт).</w:t>
      </w:r>
    </w:p>
    <w:p w14:paraId="4744CEDC" w14:textId="77777777" w:rsidR="00615825" w:rsidRPr="0017676F" w:rsidRDefault="0017676F">
      <w:pPr>
        <w:spacing w:after="240" w:line="360" w:lineRule="auto"/>
        <w:jc w:val="both"/>
        <w:rPr>
          <w:lang w:val="ru-RU"/>
        </w:rPr>
      </w:pPr>
      <w:r w:rsidRPr="0017676F">
        <w:rPr>
          <w:lang w:val="ru-RU"/>
        </w:rPr>
        <w:t>Я предупреждён(а) о том, что ребёнок не будет передан лицам, не указанным в данном заявлении.</w:t>
      </w:r>
    </w:p>
    <w:p w14:paraId="35C0AB35" w14:textId="77777777" w:rsidR="00615825" w:rsidRDefault="0017676F">
      <w:pPr>
        <w:spacing w:after="240" w:line="360" w:lineRule="auto"/>
      </w:pPr>
      <w:proofErr w:type="spellStart"/>
      <w:r>
        <w:t>Дата</w:t>
      </w:r>
      <w:proofErr w:type="spellEnd"/>
      <w:r>
        <w:t>: «___» ________ 20__ г.</w:t>
      </w:r>
    </w:p>
    <w:p w14:paraId="3B74EF90" w14:textId="77777777" w:rsidR="00615825" w:rsidRDefault="0017676F">
      <w:pPr>
        <w:spacing w:after="40" w:line="360" w:lineRule="auto"/>
      </w:pPr>
      <w:r>
        <w:t>Подпись ______________                            / ________________________ /</w:t>
      </w:r>
    </w:p>
    <w:sectPr w:rsidR="00615825" w:rsidSect="00034616">
      <w:pgSz w:w="12240" w:h="15840"/>
      <w:pgMar w:top="1134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676F"/>
    <w:rsid w:val="0029639D"/>
    <w:rsid w:val="00326F90"/>
    <w:rsid w:val="0061582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03179D0-AF42-4D00-9F0D-B91A497C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27B7A3-A0B7-456F-8A20-A447957D3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german german</cp:lastModifiedBy>
  <cp:revision>2</cp:revision>
  <dcterms:created xsi:type="dcterms:W3CDTF">2026-10-06T17:47:00Z</dcterms:created>
  <dcterms:modified xsi:type="dcterms:W3CDTF">2026-10-06T17:47:00Z</dcterms:modified>
  <cp:category/>
</cp:coreProperties>
</file>