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33C" w:rsidRDefault="00563049" w:rsidP="008D579B">
      <w:pPr>
        <w:spacing w:after="0" w:line="408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720840" cy="9925050"/>
            <wp:effectExtent l="19050" t="0" r="3810" b="0"/>
            <wp:docPr id="1" name="Рисунок 1" descr="C:\Users\DOM2025_Oc\Desktop\ОРКСЭ 4 класс 2025-2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ОРКСЭ 4 класс 2025-202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D1" w:rsidRPr="0073093A" w:rsidRDefault="00DB0BD1" w:rsidP="00DB0BD1">
      <w:pPr>
        <w:spacing w:after="0" w:line="408" w:lineRule="auto"/>
        <w:ind w:left="120"/>
        <w:jc w:val="center"/>
        <w:rPr>
          <w:lang w:val="ru-RU"/>
        </w:rPr>
      </w:pPr>
      <w:r w:rsidRPr="0073093A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DB0BD1" w:rsidRPr="0073093A" w:rsidRDefault="00DB0BD1" w:rsidP="00DB0BD1">
      <w:pPr>
        <w:spacing w:after="0" w:line="408" w:lineRule="auto"/>
        <w:ind w:left="120"/>
        <w:jc w:val="center"/>
        <w:rPr>
          <w:lang w:val="ru-RU"/>
        </w:rPr>
      </w:pPr>
      <w:r w:rsidRPr="0073093A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0" w:name="3cf751e5-c5f1-41fa-8e93-372cf276a7c4"/>
      <w:r w:rsidRPr="0073093A">
        <w:rPr>
          <w:rFonts w:ascii="Times New Roman" w:hAnsi="Times New Roman"/>
          <w:b/>
          <w:color w:val="000000"/>
          <w:sz w:val="28"/>
          <w:lang w:val="ru-RU"/>
        </w:rPr>
        <w:t>Комитет образования, науки и молодежной политики Волгоградской области</w:t>
      </w:r>
      <w:bookmarkEnd w:id="0"/>
      <w:r w:rsidRPr="0073093A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DB0BD1" w:rsidRPr="0073093A" w:rsidRDefault="00DB0BD1" w:rsidP="00DB0BD1">
      <w:pPr>
        <w:spacing w:after="0" w:line="408" w:lineRule="auto"/>
        <w:ind w:left="120"/>
        <w:jc w:val="center"/>
        <w:rPr>
          <w:lang w:val="ru-RU"/>
        </w:rPr>
      </w:pPr>
      <w:r w:rsidRPr="0073093A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4c45f36a-919d-4a85-8dd2-5ba4bf02384e"/>
      <w:r w:rsidRPr="0073093A">
        <w:rPr>
          <w:rFonts w:ascii="Times New Roman" w:hAnsi="Times New Roman"/>
          <w:b/>
          <w:color w:val="000000"/>
          <w:sz w:val="28"/>
          <w:lang w:val="ru-RU"/>
        </w:rPr>
        <w:t>Отдел образования и молодежной политики администрации Быковского муниципального района</w:t>
      </w:r>
      <w:bookmarkEnd w:id="1"/>
      <w:r w:rsidRPr="0073093A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73093A">
        <w:rPr>
          <w:rFonts w:ascii="Times New Roman" w:hAnsi="Times New Roman"/>
          <w:color w:val="000000"/>
          <w:sz w:val="28"/>
          <w:lang w:val="ru-RU"/>
        </w:rPr>
        <w:t>​</w:t>
      </w:r>
    </w:p>
    <w:p w:rsidR="00DB0BD1" w:rsidRDefault="00DB0BD1" w:rsidP="00DB0BD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</w:t>
      </w:r>
      <w:proofErr w:type="spellStart"/>
      <w:r>
        <w:rPr>
          <w:rFonts w:ascii="Times New Roman" w:hAnsi="Times New Roman"/>
          <w:b/>
          <w:color w:val="000000"/>
          <w:sz w:val="28"/>
        </w:rPr>
        <w:t>Верхнебалыклейская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СШ "</w:t>
      </w:r>
      <w:proofErr w:type="gramEnd"/>
    </w:p>
    <w:p w:rsidR="00DB0BD1" w:rsidRDefault="00DB0BD1" w:rsidP="00DB0BD1">
      <w:pPr>
        <w:spacing w:after="0"/>
        <w:ind w:left="120"/>
      </w:pPr>
    </w:p>
    <w:p w:rsidR="00DB0BD1" w:rsidRDefault="00DB0BD1" w:rsidP="00DB0BD1">
      <w:pPr>
        <w:spacing w:after="0"/>
        <w:ind w:left="120"/>
      </w:pPr>
    </w:p>
    <w:p w:rsidR="00DB0BD1" w:rsidRDefault="00DB0BD1" w:rsidP="00DB0BD1">
      <w:pPr>
        <w:spacing w:after="0"/>
        <w:ind w:left="120"/>
      </w:pPr>
    </w:p>
    <w:p w:rsidR="00DB0BD1" w:rsidRDefault="00DB0BD1" w:rsidP="00DB0BD1">
      <w:pPr>
        <w:spacing w:after="0"/>
        <w:ind w:left="120"/>
      </w:pPr>
    </w:p>
    <w:tbl>
      <w:tblPr>
        <w:tblW w:w="10892" w:type="dxa"/>
        <w:tblLook w:val="04A0"/>
      </w:tblPr>
      <w:tblGrid>
        <w:gridCol w:w="3630"/>
        <w:gridCol w:w="3631"/>
        <w:gridCol w:w="3631"/>
      </w:tblGrid>
      <w:tr w:rsidR="00DB0BD1" w:rsidRPr="00563049" w:rsidTr="00DB0BD1">
        <w:trPr>
          <w:trHeight w:val="3345"/>
        </w:trPr>
        <w:tc>
          <w:tcPr>
            <w:tcW w:w="3630" w:type="dxa"/>
          </w:tcPr>
          <w:p w:rsidR="00DB0BD1" w:rsidRPr="008D579B" w:rsidRDefault="00DB0BD1" w:rsidP="00634537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8D579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DB0BD1" w:rsidRPr="008D579B" w:rsidRDefault="00DB0BD1" w:rsidP="0063453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МО учителей начальных классов</w:t>
            </w:r>
          </w:p>
          <w:p w:rsidR="00DB0BD1" w:rsidRPr="008D579B" w:rsidRDefault="00DB0BD1" w:rsidP="0063453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B0BD1" w:rsidRPr="008D579B" w:rsidRDefault="00DB0BD1" w:rsidP="0063453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Пурясьева</w:t>
            </w:r>
            <w:proofErr w:type="spellEnd"/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Е.В.</w:t>
            </w:r>
          </w:p>
          <w:p w:rsidR="00DB0BD1" w:rsidRPr="008D579B" w:rsidRDefault="00DB0BD1" w:rsidP="0063453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Протокол №1 от «</w:t>
            </w:r>
            <w:r w:rsidR="008D579B"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29</w:t>
            </w: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» 08   </w:t>
            </w:r>
            <w:r w:rsidR="008D579B"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2025</w:t>
            </w: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DB0BD1" w:rsidRPr="008D579B" w:rsidRDefault="00DB0BD1" w:rsidP="0063453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31" w:type="dxa"/>
          </w:tcPr>
          <w:p w:rsidR="00DB0BD1" w:rsidRPr="008D579B" w:rsidRDefault="00DB0BD1" w:rsidP="0063453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:rsidR="00DB0BD1" w:rsidRPr="008D579B" w:rsidRDefault="00DB0BD1" w:rsidP="0063453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  <w:p w:rsidR="00DB0BD1" w:rsidRPr="008D579B" w:rsidRDefault="00DB0BD1" w:rsidP="0063453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B0BD1" w:rsidRPr="008D579B" w:rsidRDefault="008D579B" w:rsidP="0063453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Володина И.В.</w:t>
            </w:r>
            <w:r w:rsidR="00DB0BD1"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  <w:p w:rsidR="00DB0BD1" w:rsidRPr="008D579B" w:rsidRDefault="00DB0BD1" w:rsidP="0063453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Протокол №1 от «</w:t>
            </w:r>
            <w:r w:rsidR="008D579B"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29</w:t>
            </w: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» 08   </w:t>
            </w:r>
            <w:r w:rsidR="008D579B"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2025</w:t>
            </w: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DB0BD1" w:rsidRPr="008D579B" w:rsidRDefault="00DB0BD1" w:rsidP="0063453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31" w:type="dxa"/>
          </w:tcPr>
          <w:p w:rsidR="00DB0BD1" w:rsidRPr="008D579B" w:rsidRDefault="00DB0BD1" w:rsidP="0063453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УТВЕРЖДЕНО</w:t>
            </w:r>
          </w:p>
          <w:p w:rsidR="00DB0BD1" w:rsidRPr="008D579B" w:rsidRDefault="00DB0BD1" w:rsidP="00634537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директор МКОУ "</w:t>
            </w:r>
            <w:proofErr w:type="spellStart"/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Верхнебалыклейская</w:t>
            </w:r>
            <w:proofErr w:type="spellEnd"/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СШ"</w:t>
            </w:r>
          </w:p>
          <w:p w:rsidR="00DB0BD1" w:rsidRPr="008D579B" w:rsidRDefault="00DB0BD1" w:rsidP="0063453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DB0BD1" w:rsidRPr="008D579B" w:rsidRDefault="00DB0BD1" w:rsidP="00634537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Филатов Н.А.</w:t>
            </w:r>
          </w:p>
          <w:p w:rsidR="00DB0BD1" w:rsidRPr="008D579B" w:rsidRDefault="008D579B" w:rsidP="0063453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Приказ 92</w:t>
            </w:r>
            <w:r w:rsidR="00DB0BD1"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29</w:t>
            </w:r>
            <w:r w:rsidR="00DB0BD1"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» 08   </w:t>
            </w:r>
            <w:r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2025</w:t>
            </w:r>
            <w:r w:rsidR="00DB0BD1" w:rsidRPr="008D57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DB0BD1" w:rsidRPr="008D579B" w:rsidRDefault="00DB0BD1" w:rsidP="0063453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B0BD1" w:rsidRPr="0073093A" w:rsidRDefault="00DB0BD1" w:rsidP="00DB0BD1">
      <w:pPr>
        <w:spacing w:after="0"/>
        <w:ind w:left="120"/>
        <w:rPr>
          <w:lang w:val="ru-RU"/>
        </w:rPr>
      </w:pPr>
    </w:p>
    <w:p w:rsidR="00DB0BD1" w:rsidRPr="0073093A" w:rsidRDefault="00DB0BD1" w:rsidP="00DB0BD1">
      <w:pPr>
        <w:spacing w:after="0"/>
        <w:ind w:left="120"/>
        <w:rPr>
          <w:lang w:val="ru-RU"/>
        </w:rPr>
      </w:pPr>
      <w:r w:rsidRPr="0073093A">
        <w:rPr>
          <w:rFonts w:ascii="Times New Roman" w:hAnsi="Times New Roman"/>
          <w:color w:val="000000"/>
          <w:sz w:val="28"/>
          <w:lang w:val="ru-RU"/>
        </w:rPr>
        <w:t>‌</w:t>
      </w:r>
    </w:p>
    <w:p w:rsidR="00DB0BD1" w:rsidRPr="0073093A" w:rsidRDefault="00DB0BD1" w:rsidP="00DB0BD1">
      <w:pPr>
        <w:spacing w:after="0"/>
        <w:ind w:left="120"/>
        <w:rPr>
          <w:lang w:val="ru-RU"/>
        </w:rPr>
      </w:pPr>
    </w:p>
    <w:p w:rsidR="00DB0BD1" w:rsidRPr="0073093A" w:rsidRDefault="00DB0BD1" w:rsidP="00DB0BD1">
      <w:pPr>
        <w:spacing w:after="0"/>
        <w:ind w:left="120"/>
        <w:rPr>
          <w:lang w:val="ru-RU"/>
        </w:rPr>
      </w:pPr>
    </w:p>
    <w:p w:rsidR="00DB0BD1" w:rsidRPr="0073093A" w:rsidRDefault="00DB0BD1" w:rsidP="00DB0BD1">
      <w:pPr>
        <w:spacing w:after="0"/>
        <w:ind w:left="120"/>
        <w:rPr>
          <w:lang w:val="ru-RU"/>
        </w:rPr>
      </w:pPr>
    </w:p>
    <w:p w:rsidR="00DB0BD1" w:rsidRPr="0073093A" w:rsidRDefault="00DB0BD1" w:rsidP="00DB0BD1">
      <w:pPr>
        <w:spacing w:after="0" w:line="408" w:lineRule="auto"/>
        <w:ind w:left="120"/>
        <w:jc w:val="center"/>
        <w:rPr>
          <w:lang w:val="ru-RU"/>
        </w:rPr>
      </w:pPr>
      <w:r w:rsidRPr="0073093A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DB0BD1" w:rsidRPr="0073093A" w:rsidRDefault="00DB0BD1" w:rsidP="00DB0BD1">
      <w:pPr>
        <w:spacing w:after="0" w:line="408" w:lineRule="auto"/>
        <w:ind w:left="120"/>
        <w:jc w:val="center"/>
        <w:rPr>
          <w:lang w:val="ru-RU"/>
        </w:rPr>
      </w:pPr>
      <w:r w:rsidRPr="0073093A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73093A">
        <w:rPr>
          <w:rFonts w:ascii="Times New Roman" w:hAnsi="Times New Roman"/>
          <w:color w:val="000000"/>
          <w:sz w:val="28"/>
          <w:lang w:val="ru-RU"/>
        </w:rPr>
        <w:t xml:space="preserve"> 1728482)</w:t>
      </w:r>
    </w:p>
    <w:p w:rsidR="00DB0BD1" w:rsidRPr="0073093A" w:rsidRDefault="00DB0BD1" w:rsidP="00DB0BD1">
      <w:pPr>
        <w:spacing w:after="0"/>
        <w:ind w:left="120"/>
        <w:jc w:val="center"/>
        <w:rPr>
          <w:lang w:val="ru-RU"/>
        </w:rPr>
      </w:pPr>
    </w:p>
    <w:p w:rsidR="00DB0BD1" w:rsidRPr="0073093A" w:rsidRDefault="00DB0BD1" w:rsidP="00DB0BD1">
      <w:pPr>
        <w:spacing w:after="0" w:line="408" w:lineRule="auto"/>
        <w:ind w:left="120"/>
        <w:jc w:val="center"/>
        <w:rPr>
          <w:lang w:val="ru-RU"/>
        </w:rPr>
      </w:pPr>
      <w:r w:rsidRPr="0073093A">
        <w:rPr>
          <w:rFonts w:ascii="Times New Roman" w:hAnsi="Times New Roman"/>
          <w:b/>
          <w:color w:val="000000"/>
          <w:sz w:val="28"/>
          <w:lang w:val="ru-RU"/>
        </w:rPr>
        <w:t>учебного предмета «Основы религиозных культур и светской этики»</w:t>
      </w:r>
    </w:p>
    <w:p w:rsidR="00DB0BD1" w:rsidRPr="0073093A" w:rsidRDefault="00DB0BD1" w:rsidP="00DB0BD1">
      <w:pPr>
        <w:spacing w:after="0" w:line="408" w:lineRule="auto"/>
        <w:ind w:left="120"/>
        <w:jc w:val="center"/>
        <w:rPr>
          <w:lang w:val="ru-RU"/>
        </w:rPr>
      </w:pPr>
      <w:r w:rsidRPr="0073093A">
        <w:rPr>
          <w:rFonts w:ascii="Times New Roman" w:hAnsi="Times New Roman"/>
          <w:color w:val="000000"/>
          <w:sz w:val="28"/>
          <w:lang w:val="ru-RU"/>
        </w:rPr>
        <w:t xml:space="preserve">для </w:t>
      </w:r>
      <w:proofErr w:type="gramStart"/>
      <w:r w:rsidRPr="0073093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3093A">
        <w:rPr>
          <w:rFonts w:ascii="Times New Roman" w:hAnsi="Times New Roman"/>
          <w:color w:val="000000"/>
          <w:sz w:val="28"/>
          <w:lang w:val="ru-RU"/>
        </w:rPr>
        <w:t xml:space="preserve"> 4 класс</w:t>
      </w:r>
    </w:p>
    <w:p w:rsidR="00DB0BD1" w:rsidRPr="0073093A" w:rsidRDefault="00DB0BD1" w:rsidP="00DB0BD1">
      <w:pPr>
        <w:spacing w:after="0"/>
        <w:ind w:left="120"/>
        <w:jc w:val="center"/>
        <w:rPr>
          <w:lang w:val="ru-RU"/>
        </w:rPr>
      </w:pPr>
    </w:p>
    <w:p w:rsidR="00DB0BD1" w:rsidRPr="0073093A" w:rsidRDefault="00DB0BD1" w:rsidP="00DB0BD1">
      <w:pPr>
        <w:spacing w:after="0"/>
        <w:ind w:left="120"/>
        <w:jc w:val="center"/>
        <w:rPr>
          <w:lang w:val="ru-RU"/>
        </w:rPr>
      </w:pPr>
    </w:p>
    <w:p w:rsidR="00DB0BD1" w:rsidRPr="0073093A" w:rsidRDefault="00DB0BD1" w:rsidP="00DB0BD1">
      <w:pPr>
        <w:spacing w:after="0"/>
        <w:ind w:left="120"/>
        <w:jc w:val="center"/>
        <w:rPr>
          <w:lang w:val="ru-RU"/>
        </w:rPr>
      </w:pPr>
    </w:p>
    <w:p w:rsidR="00DB0BD1" w:rsidRPr="0073093A" w:rsidRDefault="00DB0BD1" w:rsidP="00DB0BD1">
      <w:pPr>
        <w:spacing w:after="0"/>
        <w:ind w:left="120"/>
        <w:jc w:val="center"/>
        <w:rPr>
          <w:lang w:val="ru-RU"/>
        </w:rPr>
      </w:pPr>
    </w:p>
    <w:p w:rsidR="00DB0BD1" w:rsidRDefault="00DB0BD1" w:rsidP="00DB0BD1">
      <w:pPr>
        <w:spacing w:after="0"/>
        <w:ind w:left="120"/>
        <w:jc w:val="center"/>
        <w:rPr>
          <w:lang w:val="ru-RU"/>
        </w:rPr>
      </w:pPr>
    </w:p>
    <w:p w:rsidR="00DB0BD1" w:rsidRDefault="00DB0BD1" w:rsidP="00DB0BD1">
      <w:pPr>
        <w:spacing w:after="0"/>
        <w:ind w:left="120"/>
        <w:jc w:val="center"/>
        <w:rPr>
          <w:lang w:val="ru-RU"/>
        </w:rPr>
      </w:pPr>
    </w:p>
    <w:p w:rsidR="00DB0BD1" w:rsidRDefault="00DB0BD1" w:rsidP="00DB0BD1">
      <w:pPr>
        <w:spacing w:after="0"/>
        <w:ind w:left="120"/>
        <w:jc w:val="center"/>
        <w:rPr>
          <w:lang w:val="ru-RU"/>
        </w:rPr>
      </w:pPr>
    </w:p>
    <w:p w:rsidR="00DB0BD1" w:rsidRDefault="00DB0BD1" w:rsidP="00DB0BD1">
      <w:pPr>
        <w:spacing w:after="0"/>
        <w:ind w:left="120"/>
        <w:jc w:val="center"/>
        <w:rPr>
          <w:lang w:val="ru-RU"/>
        </w:rPr>
      </w:pPr>
    </w:p>
    <w:p w:rsidR="008D579B" w:rsidRDefault="008D579B" w:rsidP="00DB0BD1">
      <w:pPr>
        <w:spacing w:after="0"/>
        <w:ind w:left="120"/>
        <w:jc w:val="center"/>
        <w:rPr>
          <w:lang w:val="ru-RU"/>
        </w:rPr>
      </w:pPr>
    </w:p>
    <w:p w:rsidR="008D579B" w:rsidRDefault="008D579B" w:rsidP="00DB0BD1">
      <w:pPr>
        <w:spacing w:after="0"/>
        <w:ind w:left="120"/>
        <w:jc w:val="center"/>
        <w:rPr>
          <w:lang w:val="ru-RU"/>
        </w:rPr>
      </w:pPr>
    </w:p>
    <w:p w:rsidR="008D579B" w:rsidRDefault="008D579B" w:rsidP="00DB0BD1">
      <w:pPr>
        <w:spacing w:after="0"/>
        <w:ind w:left="120"/>
        <w:jc w:val="center"/>
        <w:rPr>
          <w:lang w:val="ru-RU"/>
        </w:rPr>
      </w:pPr>
    </w:p>
    <w:p w:rsidR="00DB0BD1" w:rsidRPr="0073093A" w:rsidRDefault="00DB0BD1" w:rsidP="008D579B">
      <w:pPr>
        <w:spacing w:after="0"/>
        <w:rPr>
          <w:lang w:val="ru-RU"/>
        </w:rPr>
      </w:pPr>
    </w:p>
    <w:p w:rsidR="00DB0BD1" w:rsidRDefault="00DB0BD1" w:rsidP="00DB0BD1">
      <w:pPr>
        <w:autoSpaceDE w:val="0"/>
        <w:autoSpaceDN w:val="0"/>
        <w:spacing w:after="0" w:line="23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73093A"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fba17b84-d621-4fec-a506-ecff32caa876"/>
      <w:r w:rsidRPr="0073093A">
        <w:rPr>
          <w:rFonts w:ascii="Times New Roman" w:hAnsi="Times New Roman"/>
          <w:b/>
          <w:color w:val="000000"/>
          <w:sz w:val="28"/>
          <w:lang w:val="ru-RU"/>
        </w:rPr>
        <w:t xml:space="preserve">с.Верхний </w:t>
      </w:r>
      <w:proofErr w:type="spellStart"/>
      <w:r w:rsidRPr="0073093A">
        <w:rPr>
          <w:rFonts w:ascii="Times New Roman" w:hAnsi="Times New Roman"/>
          <w:b/>
          <w:color w:val="000000"/>
          <w:sz w:val="28"/>
          <w:lang w:val="ru-RU"/>
        </w:rPr>
        <w:t>Балыклей</w:t>
      </w:r>
      <w:bookmarkEnd w:id="2"/>
      <w:proofErr w:type="spellEnd"/>
      <w:r w:rsidRPr="0073093A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3" w:name="adccbb3b-7a22-43a7-9071-82e37d2d5692"/>
      <w:r w:rsidRPr="0073093A"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3"/>
      <w:r w:rsidR="00563049">
        <w:rPr>
          <w:rFonts w:ascii="Times New Roman" w:hAnsi="Times New Roman"/>
          <w:b/>
          <w:color w:val="000000"/>
          <w:sz w:val="28"/>
          <w:lang w:val="ru-RU"/>
        </w:rPr>
        <w:t>5</w:t>
      </w:r>
    </w:p>
    <w:p w:rsidR="008D579B" w:rsidRDefault="008D579B" w:rsidP="00DB0BD1">
      <w:pPr>
        <w:autoSpaceDE w:val="0"/>
        <w:autoSpaceDN w:val="0"/>
        <w:spacing w:after="0" w:line="23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8D579B" w:rsidRDefault="008D579B" w:rsidP="00DB0BD1">
      <w:pPr>
        <w:autoSpaceDE w:val="0"/>
        <w:autoSpaceDN w:val="0"/>
        <w:spacing w:after="0" w:line="23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8D579B" w:rsidRDefault="008D579B" w:rsidP="00DB0BD1">
      <w:pPr>
        <w:autoSpaceDE w:val="0"/>
        <w:autoSpaceDN w:val="0"/>
        <w:spacing w:after="0" w:line="23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8D579B" w:rsidRDefault="008D579B" w:rsidP="00DB0BD1">
      <w:pPr>
        <w:autoSpaceDE w:val="0"/>
        <w:autoSpaceDN w:val="0"/>
        <w:spacing w:after="0" w:line="230" w:lineRule="auto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7156B9" w:rsidRPr="00DB0BD1" w:rsidRDefault="00EC0FE9">
      <w:pPr>
        <w:autoSpaceDE w:val="0"/>
        <w:autoSpaceDN w:val="0"/>
        <w:spacing w:after="0" w:line="230" w:lineRule="auto"/>
        <w:rPr>
          <w:lang w:val="ru-RU"/>
        </w:rPr>
      </w:pPr>
      <w:r w:rsidRPr="00DB0BD1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7156B9" w:rsidRPr="00DB0BD1" w:rsidRDefault="00EC0FE9">
      <w:pPr>
        <w:autoSpaceDE w:val="0"/>
        <w:autoSpaceDN w:val="0"/>
        <w:spacing w:before="346" w:after="0" w:line="271" w:lineRule="auto"/>
        <w:ind w:right="288" w:firstLine="18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(далее — ФГОС НОО) по ОРКСЭ и обеспечивает содержательную составляющую ФГОС НОО. </w:t>
      </w:r>
    </w:p>
    <w:p w:rsidR="007156B9" w:rsidRPr="00DB0BD1" w:rsidRDefault="00EC0FE9">
      <w:pPr>
        <w:autoSpaceDE w:val="0"/>
        <w:autoSpaceDN w:val="0"/>
        <w:spacing w:before="262" w:after="0" w:line="262" w:lineRule="auto"/>
        <w:ind w:right="1008"/>
        <w:rPr>
          <w:lang w:val="ru-RU"/>
        </w:rPr>
      </w:pPr>
      <w:r w:rsidRPr="00DB0BD1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«ОСНОВЫ РЕЛИГИОЗНЫХ КУЛЬТУР И СВЕТСКОЙ ЭТИКИ»</w:t>
      </w:r>
    </w:p>
    <w:p w:rsidR="007156B9" w:rsidRPr="00DB0BD1" w:rsidRDefault="00EC0FE9">
      <w:pPr>
        <w:autoSpaceDE w:val="0"/>
        <w:autoSpaceDN w:val="0"/>
        <w:spacing w:before="166" w:after="0" w:line="281" w:lineRule="auto"/>
        <w:ind w:right="288" w:firstLine="180"/>
        <w:rPr>
          <w:lang w:val="ru-RU"/>
        </w:rPr>
      </w:pPr>
      <w:r w:rsidRPr="00DB0BD1">
        <w:rPr>
          <w:rFonts w:ascii="Times New Roman" w:eastAsia="Times New Roman" w:hAnsi="Times New Roman"/>
          <w:i/>
          <w:color w:val="000000"/>
          <w:sz w:val="24"/>
          <w:lang w:val="ru-RU"/>
        </w:rPr>
        <w:t>Планируемые результаты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освоения курса ОРКСЭ включают результаты по каждому учебному модулю. При конструировании планируемых результатов учитываются цели обучения, требования, которые представлены в стандарте, и специфика содержания каждого учебного модуля. Общие результаты содержат перечень личностных и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достижений, которые приобретает каждый обучающийся, независимо от изучаемого модуля. </w:t>
      </w:r>
    </w:p>
    <w:p w:rsidR="007156B9" w:rsidRPr="00DB0BD1" w:rsidRDefault="00EC0FE9">
      <w:pPr>
        <w:autoSpaceDE w:val="0"/>
        <w:autoSpaceDN w:val="0"/>
        <w:spacing w:before="70" w:after="0"/>
        <w:ind w:firstLine="18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Культурологическая направленность предмета способствует развитию у обучающихся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представлений о нравственных идеалах и ценностях религиозных и светских традиций народов России, формированию ценностного отношения к социальной реальности, осознанию роли буддизма, православия, ислама, иудаизма, светской этики в истории и культуре нашей страны.</w:t>
      </w:r>
    </w:p>
    <w:p w:rsidR="007156B9" w:rsidRPr="00DB0BD1" w:rsidRDefault="00EC0FE9">
      <w:pPr>
        <w:autoSpaceDE w:val="0"/>
        <w:autoSpaceDN w:val="0"/>
        <w:spacing w:before="70" w:after="0" w:line="283" w:lineRule="auto"/>
        <w:ind w:right="144"/>
        <w:rPr>
          <w:lang w:val="ru-RU"/>
        </w:rPr>
      </w:pPr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Коммуникативный подход к преподаванию предмета ОРКСЭ предполагает организацию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коммуникативной деятельности обучающихся, требующей от них умения выслушивать позицию партнёра по деятельности, принимать её, согласовывать усилия для достижения поставленной цели, находить адекватные вербальные средства передачи информации и рефлексии.</w:t>
      </w:r>
      <w:proofErr w:type="gram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Деятельностный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подход, основывающийся на принципе диалогичности, осуществляется в процессе активного взаимодействия обучающихся, сотрудничества, обмена информацией, обсуждения разных точек зрения и т. п.</w:t>
      </w:r>
    </w:p>
    <w:p w:rsidR="007156B9" w:rsidRPr="00DB0BD1" w:rsidRDefault="00EC0FE9">
      <w:pPr>
        <w:autoSpaceDE w:val="0"/>
        <w:autoSpaceDN w:val="0"/>
        <w:spacing w:before="70" w:after="0" w:line="288" w:lineRule="auto"/>
        <w:ind w:right="288" w:firstLine="18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Предпосылками усвоения младшими школьниками содержания курса являются психологические особенности детей, завершающих обучение в начальной школе: интерес к социальной жизни, любознательность, принятие авторитета взрослого. Психологи подчёркивают естественную открытость детей этого возраста, способность эмоционально реагировать на окружающую действительность, остро реагировать как на доброжелательность, отзывчивость, доброту других людей, так и на проявление несправедливости, нанесение обид и оскорблений. Всё это становится предпосылкой к пониманию законов существования в социуме и принятию их как руководства к собственному поведению. Вместе с тем в процессе </w:t>
      </w:r>
      <w:proofErr w:type="spellStart"/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обу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чения</w:t>
      </w:r>
      <w:proofErr w:type="spellEnd"/>
      <w:proofErr w:type="gram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необходимо учитывать, что младшие школьники с трудом усваивают абстрактные философские сентенции, нравственные поучения, поэтому особое внимание должно быть уделено эмоциональной стороне восприятия явлений социальной жизни, связанной с проявлением или нарушением нравственных, этических норм, обсуждение конкретных жизненных ситуаций, дающих образцы нравственно ценного поведения.</w:t>
      </w:r>
    </w:p>
    <w:p w:rsidR="007156B9" w:rsidRPr="00DB0BD1" w:rsidRDefault="00EC0FE9">
      <w:pPr>
        <w:autoSpaceDE w:val="0"/>
        <w:autoSpaceDN w:val="0"/>
        <w:spacing w:before="262" w:after="0" w:line="262" w:lineRule="auto"/>
        <w:ind w:right="864"/>
        <w:rPr>
          <w:lang w:val="ru-RU"/>
        </w:rPr>
      </w:pPr>
      <w:r w:rsidRPr="00DB0BD1">
        <w:rPr>
          <w:rFonts w:ascii="Times New Roman" w:eastAsia="Times New Roman" w:hAnsi="Times New Roman"/>
          <w:b/>
          <w:color w:val="000000"/>
          <w:sz w:val="24"/>
          <w:lang w:val="ru-RU"/>
        </w:rPr>
        <w:t>ЦЕЛИ И ЗАДАЧИ ИЗУЧЕНИЯ УЧЕБНОГО ПРЕДМЕТА «ОСНОВЫ РЕЛИГИОЗНЫХ КУЛЬТУР И СВЕТСКОЙ ЭТИКИ»</w:t>
      </w:r>
    </w:p>
    <w:p w:rsidR="007156B9" w:rsidRPr="00DB0BD1" w:rsidRDefault="00EC0FE9">
      <w:pPr>
        <w:autoSpaceDE w:val="0"/>
        <w:autoSpaceDN w:val="0"/>
        <w:spacing w:before="166" w:after="0"/>
        <w:ind w:right="288" w:firstLine="18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Целью ОРКСЭ является формирование у обучающегося мотивации к осознанному нравственному поведению, основанному на знании и уважении культурных и религиозных традиций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многонационального народа России, а также к диалогу с представителями других культур и мировоззрений.</w:t>
      </w:r>
    </w:p>
    <w:p w:rsidR="007156B9" w:rsidRPr="00DB0BD1" w:rsidRDefault="00EC0FE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Основными задачами ОРКСЭ являются:</w:t>
      </w:r>
    </w:p>
    <w:p w:rsidR="007156B9" w:rsidRPr="00DB0BD1" w:rsidRDefault="00EC0FE9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знакомство обучающихся с основами православной, мусульманской, буддийской, иудейской культур, основами мировых религиозных культур и светской этики по выбору родителей</w:t>
      </w:r>
    </w:p>
    <w:p w:rsidR="007156B9" w:rsidRPr="00DB0BD1" w:rsidRDefault="007156B9">
      <w:pPr>
        <w:rPr>
          <w:lang w:val="ru-RU"/>
        </w:rPr>
        <w:sectPr w:rsidR="007156B9" w:rsidRPr="00DB0BD1">
          <w:pgSz w:w="11900" w:h="16840"/>
          <w:pgMar w:top="298" w:right="650" w:bottom="4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156B9" w:rsidRPr="00DB0BD1" w:rsidRDefault="007156B9">
      <w:pPr>
        <w:autoSpaceDE w:val="0"/>
        <w:autoSpaceDN w:val="0"/>
        <w:spacing w:after="66" w:line="220" w:lineRule="exact"/>
        <w:rPr>
          <w:lang w:val="ru-RU"/>
        </w:rPr>
      </w:pPr>
    </w:p>
    <w:p w:rsidR="007156B9" w:rsidRPr="00DB0BD1" w:rsidRDefault="00EC0FE9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(законных представителей);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left="420" w:right="288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развитие представлений обучающихся о значении нравственных норм и ценностей в жизни личности, семьи, общества;</w:t>
      </w:r>
    </w:p>
    <w:p w:rsidR="007156B9" w:rsidRPr="00DB0BD1" w:rsidRDefault="00EC0FE9">
      <w:pPr>
        <w:autoSpaceDE w:val="0"/>
        <w:autoSpaceDN w:val="0"/>
        <w:spacing w:before="238" w:after="0" w:line="271" w:lineRule="auto"/>
        <w:ind w:left="420" w:right="144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обобщение знаний, понятий и представлений о духовной культуре и морали, ранее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полученных в начальной школе, формирование ценностно-смысловой сферы личности с учётом мировоззренческих и культурных особенностей и потребностей семьи;</w:t>
      </w:r>
    </w:p>
    <w:p w:rsidR="007156B9" w:rsidRPr="00DB0BD1" w:rsidRDefault="00EC0FE9">
      <w:pPr>
        <w:autoSpaceDE w:val="0"/>
        <w:autoSpaceDN w:val="0"/>
        <w:spacing w:before="238" w:after="0" w:line="283" w:lineRule="auto"/>
        <w:ind w:left="42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развитие способностей обучающихся к общению в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полиэтничной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разномировоззренческой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многоконфессиональной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среде на основе взаимного уважения и диалога. Основной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методологический принцип реализации ОРКСЭ — культурологический подход, способствующий формированию у младших школьников первоначальных представлений о культуре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традиционных религий народов России (православия, ислама, буддизма, иудаизма), российской светской (гражданской) этике, основанной на конституционных правах, свободах и обязанностях человека и гражданина в Российской Федерации.</w:t>
      </w:r>
    </w:p>
    <w:p w:rsidR="007156B9" w:rsidRPr="00DB0BD1" w:rsidRDefault="00EC0FE9">
      <w:pPr>
        <w:autoSpaceDE w:val="0"/>
        <w:autoSpaceDN w:val="0"/>
        <w:spacing w:before="322" w:after="0" w:line="262" w:lineRule="auto"/>
        <w:ind w:right="432"/>
        <w:rPr>
          <w:lang w:val="ru-RU"/>
        </w:rPr>
      </w:pPr>
      <w:r w:rsidRPr="00DB0BD1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«ОСНОВЫ РЕЛИГИОЗНЫХ КУЛЬТУР И СВЕТСКОЙ ЭТИКИ» В УЧЕБНОМ ПЛАНЕ</w:t>
      </w:r>
    </w:p>
    <w:p w:rsidR="007156B9" w:rsidRPr="00DB0BD1" w:rsidRDefault="00EC0FE9">
      <w:pPr>
        <w:tabs>
          <w:tab w:val="left" w:pos="180"/>
        </w:tabs>
        <w:autoSpaceDE w:val="0"/>
        <w:autoSpaceDN w:val="0"/>
        <w:spacing w:before="166" w:after="0" w:line="262" w:lineRule="auto"/>
        <w:rPr>
          <w:lang w:val="ru-RU"/>
        </w:rPr>
      </w:pPr>
      <w:r w:rsidRPr="00DB0BD1">
        <w:rPr>
          <w:lang w:val="ru-RU"/>
        </w:rPr>
        <w:tab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Учебный предмет "Основы религиозных культур и светской этики" изучается в 4 классе один час в неделе, общий объем составляет 34 часа.</w:t>
      </w:r>
    </w:p>
    <w:p w:rsidR="007156B9" w:rsidRPr="00DB0BD1" w:rsidRDefault="007156B9">
      <w:pPr>
        <w:rPr>
          <w:lang w:val="ru-RU"/>
        </w:rPr>
        <w:sectPr w:rsidR="007156B9" w:rsidRPr="00DB0BD1">
          <w:pgSz w:w="11900" w:h="16840"/>
          <w:pgMar w:top="286" w:right="724" w:bottom="1440" w:left="666" w:header="720" w:footer="720" w:gutter="0"/>
          <w:cols w:space="720" w:equalWidth="0">
            <w:col w:w="10510" w:space="0"/>
          </w:cols>
          <w:docGrid w:linePitch="360"/>
        </w:sectPr>
      </w:pPr>
    </w:p>
    <w:p w:rsidR="007156B9" w:rsidRPr="00DB0BD1" w:rsidRDefault="007156B9">
      <w:pPr>
        <w:autoSpaceDE w:val="0"/>
        <w:autoSpaceDN w:val="0"/>
        <w:spacing w:after="78" w:line="220" w:lineRule="exact"/>
        <w:rPr>
          <w:lang w:val="ru-RU"/>
        </w:rPr>
      </w:pPr>
    </w:p>
    <w:p w:rsidR="007156B9" w:rsidRPr="00DB0BD1" w:rsidRDefault="00EC0FE9">
      <w:pPr>
        <w:autoSpaceDE w:val="0"/>
        <w:autoSpaceDN w:val="0"/>
        <w:spacing w:after="0" w:line="230" w:lineRule="auto"/>
        <w:rPr>
          <w:lang w:val="ru-RU"/>
        </w:rPr>
      </w:pPr>
      <w:r w:rsidRPr="00DB0B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7156B9" w:rsidRPr="00DB0BD1" w:rsidRDefault="00EC0FE9">
      <w:pPr>
        <w:tabs>
          <w:tab w:val="left" w:pos="180"/>
        </w:tabs>
        <w:autoSpaceDE w:val="0"/>
        <w:autoSpaceDN w:val="0"/>
        <w:spacing w:before="346" w:after="0" w:line="271" w:lineRule="auto"/>
        <w:ind w:right="144"/>
        <w:rPr>
          <w:lang w:val="ru-RU"/>
        </w:rPr>
      </w:pPr>
      <w:r w:rsidRPr="00DB0BD1">
        <w:rPr>
          <w:lang w:val="ru-RU"/>
        </w:rPr>
        <w:tab/>
      </w:r>
      <w:r w:rsidRPr="00DB0BD1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«ОСНОВЫ СВЕТСКОЙ ЭТИКИ»</w:t>
      </w:r>
      <w:r w:rsidRPr="00DB0BD1">
        <w:rPr>
          <w:lang w:val="ru-RU"/>
        </w:rPr>
        <w:br/>
      </w:r>
      <w:r w:rsidRPr="00DB0BD1">
        <w:rPr>
          <w:lang w:val="ru-RU"/>
        </w:rPr>
        <w:tab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Россия — наша Родина. Культура и религия. Этика и её значение в жизни человека. Праздники как одна из форм исторической памяти. Образцы нравственности в культурах разных народов.</w:t>
      </w:r>
    </w:p>
    <w:p w:rsidR="007156B9" w:rsidRPr="00DB0BD1" w:rsidRDefault="00EC0FE9">
      <w:pPr>
        <w:autoSpaceDE w:val="0"/>
        <w:autoSpaceDN w:val="0"/>
        <w:spacing w:before="70" w:after="0" w:line="271" w:lineRule="auto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Государство и мораль гражданина. Образцы нравственности в культуре Отечества. Трудовая мораль. Нравственные традиции предпринимательства. Что значит быть нравственным в наше время. Высшие нравственные ценности, идеалы, принципы морали. Методика создания морального кодекса в школе.</w:t>
      </w:r>
    </w:p>
    <w:p w:rsidR="007156B9" w:rsidRPr="00DB0BD1" w:rsidRDefault="00EC0FE9">
      <w:pPr>
        <w:autoSpaceDE w:val="0"/>
        <w:autoSpaceDN w:val="0"/>
        <w:spacing w:before="70" w:after="0" w:line="262" w:lineRule="auto"/>
        <w:ind w:right="1728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Нормы морали. Этикет. Образование как нравственная норма. Методы нравственного самосовершенствования.</w:t>
      </w:r>
    </w:p>
    <w:p w:rsidR="007156B9" w:rsidRPr="00DB0BD1" w:rsidRDefault="00EC0FE9">
      <w:pPr>
        <w:tabs>
          <w:tab w:val="left" w:pos="180"/>
        </w:tabs>
        <w:autoSpaceDE w:val="0"/>
        <w:autoSpaceDN w:val="0"/>
        <w:spacing w:before="72" w:after="0" w:line="262" w:lineRule="auto"/>
        <w:ind w:right="576"/>
        <w:rPr>
          <w:lang w:val="ru-RU"/>
        </w:rPr>
      </w:pPr>
      <w:r w:rsidRPr="00DB0BD1">
        <w:rPr>
          <w:lang w:val="ru-RU"/>
        </w:rPr>
        <w:tab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Любовь и уважение к Отечеству. Патриотизм многонационального и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многоконфессионального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народа России.</w:t>
      </w:r>
    </w:p>
    <w:p w:rsidR="007156B9" w:rsidRPr="00DB0BD1" w:rsidRDefault="007156B9">
      <w:pPr>
        <w:rPr>
          <w:lang w:val="ru-RU"/>
        </w:rPr>
        <w:sectPr w:rsidR="007156B9" w:rsidRPr="00DB0BD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156B9" w:rsidRPr="00DB0BD1" w:rsidRDefault="007156B9">
      <w:pPr>
        <w:autoSpaceDE w:val="0"/>
        <w:autoSpaceDN w:val="0"/>
        <w:spacing w:after="78" w:line="220" w:lineRule="exact"/>
        <w:rPr>
          <w:lang w:val="ru-RU"/>
        </w:rPr>
      </w:pPr>
    </w:p>
    <w:p w:rsidR="007156B9" w:rsidRPr="00DB0BD1" w:rsidRDefault="00EC0FE9">
      <w:pPr>
        <w:autoSpaceDE w:val="0"/>
        <w:autoSpaceDN w:val="0"/>
        <w:spacing w:after="0" w:line="230" w:lineRule="auto"/>
        <w:rPr>
          <w:lang w:val="ru-RU"/>
        </w:rPr>
      </w:pPr>
      <w:r w:rsidRPr="00DB0BD1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7156B9" w:rsidRPr="00DB0BD1" w:rsidRDefault="00EC0FE9">
      <w:pPr>
        <w:autoSpaceDE w:val="0"/>
        <w:autoSpaceDN w:val="0"/>
        <w:spacing w:before="346" w:after="0" w:line="230" w:lineRule="auto"/>
        <w:rPr>
          <w:lang w:val="ru-RU"/>
        </w:rPr>
      </w:pPr>
      <w:r w:rsidRPr="00DB0BD1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7156B9" w:rsidRPr="00DB0BD1" w:rsidRDefault="00EC0FE9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DB0BD1">
        <w:rPr>
          <w:lang w:val="ru-RU"/>
        </w:rPr>
        <w:tab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«Основы религиозных культур и светской этики» в 4 классе </w:t>
      </w:r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у</w:t>
      </w:r>
      <w:proofErr w:type="gram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обучающегося будут сформированы следующие личностные результаты:</w:t>
      </w:r>
    </w:p>
    <w:p w:rsidR="007156B9" w:rsidRPr="00DB0BD1" w:rsidRDefault="00EC0FE9">
      <w:pPr>
        <w:autoSpaceDE w:val="0"/>
        <w:autoSpaceDN w:val="0"/>
        <w:spacing w:before="370" w:after="0" w:line="262" w:lineRule="auto"/>
        <w:ind w:left="420" w:right="432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понимать основы российской гражданской идентичности, испытывать чувство гордости за свою Родину;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left="420" w:right="144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формировать национальную и гражданскую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самоидентичность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, осознавать свою этническую и национальную принадлежность;</w:t>
      </w:r>
    </w:p>
    <w:p w:rsidR="007156B9" w:rsidRPr="00DB0BD1" w:rsidRDefault="00EC0FE9">
      <w:pPr>
        <w:autoSpaceDE w:val="0"/>
        <w:autoSpaceDN w:val="0"/>
        <w:spacing w:before="240" w:after="0" w:line="262" w:lineRule="auto"/>
        <w:ind w:left="420" w:right="144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понимать значение гуманистических и демократических ценностных ориентаций; осознавать ценность человеческой жизни;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left="420" w:right="576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понимать значение нравственных норм и ценностей как условия жизни личности, семьи, общества;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left="420" w:right="864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осознавать право гражданина РФ исповедовать любую традиционную религию или не исповедовать никакой </w:t>
      </w:r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ре​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лигии</w:t>
      </w:r>
      <w:proofErr w:type="spellEnd"/>
      <w:proofErr w:type="gram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7156B9" w:rsidRPr="00DB0BD1" w:rsidRDefault="00EC0FE9">
      <w:pPr>
        <w:autoSpaceDE w:val="0"/>
        <w:autoSpaceDN w:val="0"/>
        <w:spacing w:before="238" w:after="0" w:line="271" w:lineRule="auto"/>
        <w:ind w:left="420" w:right="432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независимо от принадлежности собеседников к религии или к атеизму;</w:t>
      </w:r>
    </w:p>
    <w:p w:rsidR="007156B9" w:rsidRPr="00DB0BD1" w:rsidRDefault="00EC0FE9">
      <w:pPr>
        <w:autoSpaceDE w:val="0"/>
        <w:autoSpaceDN w:val="0"/>
        <w:spacing w:before="238" w:after="0" w:line="271" w:lineRule="auto"/>
        <w:ind w:left="420" w:right="144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соотносить свои поступки с нравственными ценностями, принятыми в российском обществе, проявлять уважение к духовным традициям народов России, терпимость к представителям разного вероисповедания;</w:t>
      </w:r>
    </w:p>
    <w:p w:rsidR="007156B9" w:rsidRPr="00DB0BD1" w:rsidRDefault="00EC0FE9">
      <w:pPr>
        <w:autoSpaceDE w:val="0"/>
        <w:autoSpaceDN w:val="0"/>
        <w:spacing w:before="238" w:after="0" w:line="271" w:lineRule="auto"/>
        <w:ind w:left="420" w:right="432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строить своё поведение с учётом нравственных норм и правил; проявлять в повседневной жизни доброту, справедливость, доброжелательность в общении, желание при необходимости прийти на помощь;</w:t>
      </w:r>
    </w:p>
    <w:p w:rsidR="007156B9" w:rsidRPr="00DB0BD1" w:rsidRDefault="00EC0FE9">
      <w:pPr>
        <w:autoSpaceDE w:val="0"/>
        <w:autoSpaceDN w:val="0"/>
        <w:spacing w:before="238" w:after="0" w:line="271" w:lineRule="auto"/>
        <w:ind w:left="420" w:right="288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необходимость обогащать свои знания о духовно-нравственной культуре, стремиться анализировать своё поведение, избегать негативных поступков и действий, </w:t>
      </w:r>
      <w:proofErr w:type="spellStart"/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оскорб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r w:rsidRPr="00DB0BD1">
        <w:rPr>
          <w:rFonts w:ascii="DejaVu Serif" w:eastAsia="DejaVu Serif" w:hAnsi="DejaVu Serif"/>
          <w:color w:val="000000"/>
          <w:sz w:val="24"/>
          <w:lang w:val="ru-RU"/>
        </w:rPr>
        <w:t>‐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ляющих</w:t>
      </w:r>
      <w:proofErr w:type="spellEnd"/>
      <w:proofErr w:type="gram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других людей;</w:t>
      </w:r>
    </w:p>
    <w:p w:rsidR="007156B9" w:rsidRPr="00DB0BD1" w:rsidRDefault="00EC0FE9">
      <w:pPr>
        <w:autoSpaceDE w:val="0"/>
        <w:autoSpaceDN w:val="0"/>
        <w:spacing w:before="240" w:after="0" w:line="230" w:lineRule="auto"/>
        <w:ind w:left="42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понимать необходимость бережного отношения к материальным и духовным ценностям.</w:t>
      </w:r>
    </w:p>
    <w:p w:rsidR="007156B9" w:rsidRPr="00DB0BD1" w:rsidRDefault="00EC0FE9">
      <w:pPr>
        <w:autoSpaceDE w:val="0"/>
        <w:autoSpaceDN w:val="0"/>
        <w:spacing w:before="322" w:after="0" w:line="230" w:lineRule="auto"/>
        <w:rPr>
          <w:lang w:val="ru-RU"/>
        </w:rPr>
      </w:pPr>
      <w:r w:rsidRPr="00DB0BD1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7156B9" w:rsidRPr="00DB0BD1" w:rsidRDefault="00EC0FE9">
      <w:pPr>
        <w:autoSpaceDE w:val="0"/>
        <w:autoSpaceDN w:val="0"/>
        <w:spacing w:before="226" w:after="0" w:line="262" w:lineRule="auto"/>
        <w:ind w:left="420" w:right="576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7156B9" w:rsidRPr="00DB0BD1" w:rsidRDefault="00EC0FE9">
      <w:pPr>
        <w:autoSpaceDE w:val="0"/>
        <w:autoSpaceDN w:val="0"/>
        <w:spacing w:before="238" w:after="0" w:line="281" w:lineRule="auto"/>
        <w:ind w:left="420" w:right="144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формировать умения планировать, контролировать и оценивать учебные действия в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соответствии с поставленной задачей и условиями её реализации, определять и находить наиболее эффективные способы достижения результата, вносить соответствующие коррективы в процесс их реализации на основе оценки и учёта характера ошибок, понимать причины успеха/неуспеха учебной деятельности;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left="420" w:right="576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совершенствовать умения в различных видах речевой деятельности и коммуникативных ситуациях; адекватное использование речевых средств и средств информационно-</w:t>
      </w:r>
    </w:p>
    <w:p w:rsidR="007156B9" w:rsidRPr="00DB0BD1" w:rsidRDefault="007156B9">
      <w:pPr>
        <w:rPr>
          <w:lang w:val="ru-RU"/>
        </w:rPr>
        <w:sectPr w:rsidR="007156B9" w:rsidRPr="00DB0BD1">
          <w:pgSz w:w="11900" w:h="16840"/>
          <w:pgMar w:top="298" w:right="650" w:bottom="40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156B9" w:rsidRPr="00DB0BD1" w:rsidRDefault="007156B9">
      <w:pPr>
        <w:autoSpaceDE w:val="0"/>
        <w:autoSpaceDN w:val="0"/>
        <w:spacing w:after="66" w:line="220" w:lineRule="exact"/>
        <w:rPr>
          <w:lang w:val="ru-RU"/>
        </w:rPr>
      </w:pPr>
    </w:p>
    <w:p w:rsidR="007156B9" w:rsidRPr="00DB0BD1" w:rsidRDefault="00EC0FE9">
      <w:pPr>
        <w:autoSpaceDE w:val="0"/>
        <w:autoSpaceDN w:val="0"/>
        <w:spacing w:after="0" w:line="262" w:lineRule="auto"/>
        <w:ind w:left="240" w:right="432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коммуникационных технологий для решения различных коммуникативных и познавательных задач;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left="240" w:right="1872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совершенствовать умения в области работы с информацией, осуществления информационного поиска для выполнения учебных заданий;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овладевать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7156B9" w:rsidRPr="00DB0BD1" w:rsidRDefault="00EC0FE9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овладевать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7156B9" w:rsidRPr="00DB0BD1" w:rsidRDefault="00EC0FE9">
      <w:pPr>
        <w:autoSpaceDE w:val="0"/>
        <w:autoSpaceDN w:val="0"/>
        <w:spacing w:before="240" w:after="0" w:line="271" w:lineRule="auto"/>
        <w:ind w:left="240" w:right="762"/>
        <w:jc w:val="both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формировать готовность слушать собеседника и вести диалог, признавать возможность существования различных точек зрения и право каждого иметь свою собственную, умений излагать своё мнение и аргументировать свою точку зрения и оценку событий;</w:t>
      </w:r>
    </w:p>
    <w:p w:rsidR="007156B9" w:rsidRPr="00DB0BD1" w:rsidRDefault="00EC0FE9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совершенствовать организационные умения в области коллективной деятельности, умения определять общую цель и пути её достижения, умений договариваться о распределении ролей в совместной деятельности, адекватно оценивать собственное поведение и поведение окружающих.</w:t>
      </w:r>
    </w:p>
    <w:p w:rsidR="007156B9" w:rsidRPr="00DB0BD1" w:rsidRDefault="00EC0FE9">
      <w:pPr>
        <w:autoSpaceDE w:val="0"/>
        <w:autoSpaceDN w:val="0"/>
        <w:spacing w:before="730" w:after="0" w:line="230" w:lineRule="auto"/>
        <w:rPr>
          <w:lang w:val="ru-RU"/>
        </w:rPr>
      </w:pPr>
      <w:r w:rsidRPr="00DB0BD1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</w:t>
      </w:r>
    </w:p>
    <w:p w:rsidR="007156B9" w:rsidRPr="00DB0BD1" w:rsidRDefault="00EC0FE9">
      <w:pPr>
        <w:autoSpaceDE w:val="0"/>
        <w:autoSpaceDN w:val="0"/>
        <w:spacing w:before="670" w:after="0" w:line="230" w:lineRule="auto"/>
        <w:rPr>
          <w:lang w:val="ru-RU"/>
        </w:rPr>
      </w:pPr>
      <w:r w:rsidRPr="00DB0B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Познавательные УУД:</w:t>
      </w:r>
    </w:p>
    <w:p w:rsidR="007156B9" w:rsidRPr="00DB0BD1" w:rsidRDefault="00EC0FE9">
      <w:pPr>
        <w:autoSpaceDE w:val="0"/>
        <w:autoSpaceDN w:val="0"/>
        <w:spacing w:before="370" w:after="0" w:line="271" w:lineRule="auto"/>
        <w:ind w:left="240"/>
        <w:rPr>
          <w:lang w:val="ru-RU"/>
        </w:rPr>
      </w:pPr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понятиях, отражающих нравственные ценности общества — мораль, этика, этикет, справедливость, гуманизм, благотворительность, а также используемых в разных религиях (в пределах изученного);</w:t>
      </w:r>
      <w:proofErr w:type="gramEnd"/>
    </w:p>
    <w:p w:rsidR="007156B9" w:rsidRPr="00DB0BD1" w:rsidRDefault="00EC0FE9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разные методы получения знаний о традиционных религиях и светской этике (наблюдение, чтение, сравнение, вычисление);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left="144" w:right="864"/>
        <w:jc w:val="center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применять логические действия и операции для решения учебных задач: сравнивать, анализировать, обобщать, делать выводы на основе изучаемого фактического материала;</w:t>
      </w:r>
    </w:p>
    <w:p w:rsidR="007156B9" w:rsidRPr="00DB0BD1" w:rsidRDefault="00EC0FE9">
      <w:pPr>
        <w:autoSpaceDE w:val="0"/>
        <w:autoSpaceDN w:val="0"/>
        <w:spacing w:before="240" w:after="0" w:line="262" w:lineRule="auto"/>
        <w:ind w:left="240" w:right="144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признавать возможность существования разных точек зрения; обосновывать свои суждения, приводить убедительные доказательства;</w:t>
      </w:r>
    </w:p>
    <w:p w:rsidR="007156B9" w:rsidRPr="00DB0BD1" w:rsidRDefault="00EC0FE9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выполнять совместные проектные задания с опорой на предложенные образцы.</w:t>
      </w:r>
    </w:p>
    <w:p w:rsidR="007156B9" w:rsidRPr="00DB0BD1" w:rsidRDefault="00EC0FE9">
      <w:pPr>
        <w:autoSpaceDE w:val="0"/>
        <w:autoSpaceDN w:val="0"/>
        <w:spacing w:before="730" w:after="0" w:line="230" w:lineRule="auto"/>
        <w:rPr>
          <w:lang w:val="ru-RU"/>
        </w:rPr>
      </w:pPr>
      <w:r w:rsidRPr="00DB0B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Работа с информацией:</w:t>
      </w:r>
    </w:p>
    <w:p w:rsidR="007156B9" w:rsidRPr="00DB0BD1" w:rsidRDefault="00EC0FE9">
      <w:pPr>
        <w:autoSpaceDE w:val="0"/>
        <w:autoSpaceDN w:val="0"/>
        <w:spacing w:before="370" w:after="0" w:line="262" w:lineRule="auto"/>
        <w:ind w:left="240" w:right="1584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воспроизводить прослушанную (прочитанную) информацию, подчёркивать её принадлежность к определённой религии и/или к гражданской этике;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left="240" w:right="432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разные средства для получения информации в соответствии с поставленной учебной задачей (текстовую, графическую, видео);</w:t>
      </w:r>
    </w:p>
    <w:p w:rsidR="007156B9" w:rsidRPr="00DB0BD1" w:rsidRDefault="00EC0FE9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дополнительную информацию к основному учебному материалу в </w:t>
      </w:r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разных</w:t>
      </w:r>
      <w:proofErr w:type="gramEnd"/>
    </w:p>
    <w:p w:rsidR="007156B9" w:rsidRPr="00DB0BD1" w:rsidRDefault="007156B9">
      <w:pPr>
        <w:rPr>
          <w:lang w:val="ru-RU"/>
        </w:rPr>
        <w:sectPr w:rsidR="007156B9" w:rsidRPr="00DB0BD1">
          <w:pgSz w:w="11900" w:h="16840"/>
          <w:pgMar w:top="286" w:right="694" w:bottom="438" w:left="846" w:header="720" w:footer="720" w:gutter="0"/>
          <w:cols w:space="720" w:equalWidth="0">
            <w:col w:w="10360" w:space="0"/>
          </w:cols>
          <w:docGrid w:linePitch="360"/>
        </w:sectPr>
      </w:pPr>
    </w:p>
    <w:p w:rsidR="007156B9" w:rsidRPr="00DB0BD1" w:rsidRDefault="007156B9">
      <w:pPr>
        <w:autoSpaceDE w:val="0"/>
        <w:autoSpaceDN w:val="0"/>
        <w:spacing w:after="66" w:line="220" w:lineRule="exact"/>
        <w:rPr>
          <w:lang w:val="ru-RU"/>
        </w:rPr>
      </w:pPr>
    </w:p>
    <w:p w:rsidR="007156B9" w:rsidRPr="00DB0BD1" w:rsidRDefault="00EC0FE9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информационных </w:t>
      </w:r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источниках</w:t>
      </w:r>
      <w:proofErr w:type="gram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, в том числе в Интернете (в условиях контролируемого входа);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анализировать, сравнивать информацию, представленную в разных источниках, с помощью учителя, оценивать её объективность и правильность.</w:t>
      </w:r>
    </w:p>
    <w:p w:rsidR="007156B9" w:rsidRPr="00DB0BD1" w:rsidRDefault="00EC0FE9">
      <w:pPr>
        <w:autoSpaceDE w:val="0"/>
        <w:autoSpaceDN w:val="0"/>
        <w:spacing w:before="730" w:after="0" w:line="230" w:lineRule="auto"/>
        <w:rPr>
          <w:lang w:val="ru-RU"/>
        </w:rPr>
      </w:pPr>
      <w:r w:rsidRPr="00DB0B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Коммуникативные УУД:</w:t>
      </w:r>
    </w:p>
    <w:p w:rsidR="007156B9" w:rsidRPr="00DB0BD1" w:rsidRDefault="00EC0FE9">
      <w:pPr>
        <w:autoSpaceDE w:val="0"/>
        <w:autoSpaceDN w:val="0"/>
        <w:spacing w:before="370" w:after="0" w:line="271" w:lineRule="auto"/>
        <w:ind w:left="240" w:right="142"/>
        <w:jc w:val="both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смысловое чтение для выделения главной мысли религиозных притч, сказаний, произведений фольклора и художественной литературы, анализа и оценки жизненных ситуаций, раскрывающих проблемы нравственности, этики, речевого этикета;</w:t>
      </w:r>
    </w:p>
    <w:p w:rsidR="007156B9" w:rsidRPr="00DB0BD1" w:rsidRDefault="00EC0FE9">
      <w:pPr>
        <w:autoSpaceDE w:val="0"/>
        <w:autoSpaceDN w:val="0"/>
        <w:spacing w:before="240" w:after="0" w:line="271" w:lineRule="auto"/>
        <w:ind w:left="24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соблюдать правила ведения диалога и дискуссии; корректно задавать вопросы и высказывать своё мнение; проявлять уважительное отношение к собеседнику с учётом особенностей участников общения;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создавать небольшие тексты-описания, тексты-рассуждения для воссоздания, анализа и оценки нравственно-этических идей, представленных в религиозных учениях и светской этике.</w:t>
      </w:r>
    </w:p>
    <w:p w:rsidR="007156B9" w:rsidRPr="00DB0BD1" w:rsidRDefault="00EC0FE9">
      <w:pPr>
        <w:autoSpaceDE w:val="0"/>
        <w:autoSpaceDN w:val="0"/>
        <w:spacing w:before="730" w:after="0" w:line="230" w:lineRule="auto"/>
        <w:rPr>
          <w:lang w:val="ru-RU"/>
        </w:rPr>
      </w:pPr>
      <w:r w:rsidRPr="00DB0B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Регулятивные УУД:</w:t>
      </w:r>
    </w:p>
    <w:p w:rsidR="007156B9" w:rsidRPr="00DB0BD1" w:rsidRDefault="00EC0FE9">
      <w:pPr>
        <w:autoSpaceDE w:val="0"/>
        <w:autoSpaceDN w:val="0"/>
        <w:spacing w:before="370" w:after="0"/>
        <w:ind w:left="24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проявлять самостоятельность, инициативность, организованность в осуществлении учебной деятельности и в конкретных жизненных ситуациях; контролировать состояние своего здоровья и эмоционального благополучия, предвидеть опасные для здоровья и жизни ситуации и способы их предупреждения;</w:t>
      </w:r>
    </w:p>
    <w:p w:rsidR="007156B9" w:rsidRPr="00DB0BD1" w:rsidRDefault="00EC0FE9">
      <w:pPr>
        <w:autoSpaceDE w:val="0"/>
        <w:autoSpaceDN w:val="0"/>
        <w:spacing w:before="238" w:after="0" w:line="271" w:lineRule="auto"/>
        <w:ind w:left="240" w:right="288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готовность изменять себя, оценивать свои поступки, ориентируясь на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нравственные правила и нормы современного российского общества; проявлять способность к сознательному самоограничению в поведении;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left="240" w:right="144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ситуации, отражающие примеры положительного и негативного отношения к окружающему миру (природе, людям, предметам трудовой деятельности);</w:t>
      </w:r>
    </w:p>
    <w:p w:rsidR="007156B9" w:rsidRPr="00DB0BD1" w:rsidRDefault="00EC0FE9">
      <w:pPr>
        <w:autoSpaceDE w:val="0"/>
        <w:autoSpaceDN w:val="0"/>
        <w:spacing w:before="240" w:after="0" w:line="271" w:lineRule="auto"/>
        <w:ind w:left="24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выражать своё отношение к анализируемым событиям, поступкам, действиям: одобрять нравственные нормы поведения; осуждать проявление несправедливости, жадности, нечестности, зла;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left="24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проявлять высокий уровень познавательной мотивации, интерес к предмету, желание больше узнать о других религиях и правилах светской этики и этикета.</w:t>
      </w:r>
    </w:p>
    <w:p w:rsidR="007156B9" w:rsidRPr="00DB0BD1" w:rsidRDefault="00EC0FE9">
      <w:pPr>
        <w:autoSpaceDE w:val="0"/>
        <w:autoSpaceDN w:val="0"/>
        <w:spacing w:before="730" w:after="0" w:line="230" w:lineRule="auto"/>
        <w:rPr>
          <w:lang w:val="ru-RU"/>
        </w:rPr>
      </w:pPr>
      <w:r w:rsidRPr="00DB0BD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Совместная деятельность:</w:t>
      </w:r>
    </w:p>
    <w:p w:rsidR="007156B9" w:rsidRPr="00DB0BD1" w:rsidRDefault="00EC0FE9">
      <w:pPr>
        <w:autoSpaceDE w:val="0"/>
        <w:autoSpaceDN w:val="0"/>
        <w:spacing w:before="370" w:after="0" w:line="271" w:lineRule="auto"/>
        <w:ind w:left="240" w:right="288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выбирать партнёра не только по личным симпатиям, но и по деловым качествам, корректно высказывать свои пожелания к работе, спокойно принимать замечания к своей работе, объективно их оценивать;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left="240" w:right="72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владеть умениями совместной деятельности: подчиняться, договариваться, руководить; терпеливо и спокойно разрешать возникающие конфликты;</w:t>
      </w:r>
    </w:p>
    <w:p w:rsidR="007156B9" w:rsidRPr="00DB0BD1" w:rsidRDefault="007156B9">
      <w:pPr>
        <w:rPr>
          <w:lang w:val="ru-RU"/>
        </w:rPr>
        <w:sectPr w:rsidR="007156B9" w:rsidRPr="00DB0BD1">
          <w:pgSz w:w="11900" w:h="16840"/>
          <w:pgMar w:top="286" w:right="712" w:bottom="512" w:left="846" w:header="720" w:footer="720" w:gutter="0"/>
          <w:cols w:space="720" w:equalWidth="0">
            <w:col w:w="10342" w:space="0"/>
          </w:cols>
          <w:docGrid w:linePitch="360"/>
        </w:sectPr>
      </w:pPr>
    </w:p>
    <w:p w:rsidR="007156B9" w:rsidRPr="00DB0BD1" w:rsidRDefault="007156B9">
      <w:pPr>
        <w:autoSpaceDE w:val="0"/>
        <w:autoSpaceDN w:val="0"/>
        <w:spacing w:after="108" w:line="220" w:lineRule="exact"/>
        <w:rPr>
          <w:lang w:val="ru-RU"/>
        </w:rPr>
      </w:pPr>
    </w:p>
    <w:p w:rsidR="007156B9" w:rsidRPr="00DB0BD1" w:rsidRDefault="00EC0FE9">
      <w:pPr>
        <w:autoSpaceDE w:val="0"/>
        <w:autoSpaceDN w:val="0"/>
        <w:spacing w:after="0" w:line="262" w:lineRule="auto"/>
        <w:ind w:left="420" w:right="288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—  готовить индивидуально, в парах, в группах сообщения по изученному и дополнительному материалу с иллюстративным материалом и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видеопрезентацией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7156B9" w:rsidRPr="00DB0BD1" w:rsidRDefault="00EC0FE9">
      <w:pPr>
        <w:autoSpaceDE w:val="0"/>
        <w:autoSpaceDN w:val="0"/>
        <w:spacing w:before="322" w:after="0" w:line="230" w:lineRule="auto"/>
        <w:rPr>
          <w:lang w:val="ru-RU"/>
        </w:rPr>
      </w:pPr>
      <w:r w:rsidRPr="00DB0BD1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7156B9" w:rsidRPr="00DB0BD1" w:rsidRDefault="00EC0FE9">
      <w:pPr>
        <w:tabs>
          <w:tab w:val="left" w:pos="180"/>
        </w:tabs>
        <w:autoSpaceDE w:val="0"/>
        <w:autoSpaceDN w:val="0"/>
        <w:spacing w:before="310" w:after="0" w:line="262" w:lineRule="auto"/>
        <w:rPr>
          <w:lang w:val="ru-RU"/>
        </w:rPr>
      </w:pPr>
      <w:r w:rsidRPr="00DB0BD1">
        <w:rPr>
          <w:lang w:val="ru-RU"/>
        </w:rPr>
        <w:tab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освоения образовательной программы модуля «Основы светской этики</w:t>
      </w:r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»д</w:t>
      </w:r>
      <w:proofErr w:type="gram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олжны отражать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умений:</w:t>
      </w:r>
    </w:p>
    <w:p w:rsidR="007156B9" w:rsidRPr="00DB0BD1" w:rsidRDefault="00EC0FE9">
      <w:pPr>
        <w:autoSpaceDE w:val="0"/>
        <w:autoSpaceDN w:val="0"/>
        <w:spacing w:before="370" w:after="0" w:line="271" w:lineRule="auto"/>
        <w:ind w:left="42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7156B9" w:rsidRPr="00DB0BD1" w:rsidRDefault="00EC0FE9">
      <w:pPr>
        <w:autoSpaceDE w:val="0"/>
        <w:autoSpaceDN w:val="0"/>
        <w:spacing w:before="240" w:after="0" w:line="262" w:lineRule="auto"/>
        <w:ind w:left="420" w:right="144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выражать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7156B9" w:rsidRPr="00DB0BD1" w:rsidRDefault="00EC0FE9">
      <w:pPr>
        <w:autoSpaceDE w:val="0"/>
        <w:autoSpaceDN w:val="0"/>
        <w:spacing w:before="238" w:after="0" w:line="271" w:lineRule="auto"/>
        <w:ind w:left="420" w:right="72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7156B9" w:rsidRPr="00DB0BD1" w:rsidRDefault="00EC0FE9">
      <w:pPr>
        <w:autoSpaceDE w:val="0"/>
        <w:autoSpaceDN w:val="0"/>
        <w:spacing w:before="238" w:after="0"/>
        <w:ind w:left="42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рассказывать о российской светской (гражданской) этике как общепринятых в российском обществе нормах морали, отношений и поведения людей, основанных на российских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традиционных духовных ценностях, конституционных правах, свободах и обязанностях человека и гражданина в России;</w:t>
      </w:r>
    </w:p>
    <w:p w:rsidR="007156B9" w:rsidRPr="00DB0BD1" w:rsidRDefault="00EC0FE9">
      <w:pPr>
        <w:autoSpaceDE w:val="0"/>
        <w:autoSpaceDN w:val="0"/>
        <w:spacing w:before="238" w:after="0" w:line="281" w:lineRule="auto"/>
        <w:ind w:left="420" w:right="288"/>
        <w:rPr>
          <w:lang w:val="ru-RU"/>
        </w:rPr>
      </w:pPr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раскрывать основное содержание нравственных категорий российской светской этики (справедливость, совесть, ответственность, сострадание, ценность и достоинство человеческой жизни, взаимоуважение, вера в добро, 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  <w:proofErr w:type="gramEnd"/>
    </w:p>
    <w:p w:rsidR="007156B9" w:rsidRPr="00DB0BD1" w:rsidRDefault="00EC0FE9">
      <w:pPr>
        <w:autoSpaceDE w:val="0"/>
        <w:autoSpaceDN w:val="0"/>
        <w:spacing w:before="238" w:after="0" w:line="271" w:lineRule="auto"/>
        <w:ind w:left="42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высказывать суждения оценочного характера о значении нравственности в жизни человека, семьи, народа, общества и государства; умение различать нравственные нормы и нормы этикета, приводить примеры;</w:t>
      </w:r>
    </w:p>
    <w:p w:rsidR="007156B9" w:rsidRPr="00DB0BD1" w:rsidRDefault="00EC0FE9">
      <w:pPr>
        <w:autoSpaceDE w:val="0"/>
        <w:autoSpaceDN w:val="0"/>
        <w:spacing w:before="240" w:after="0" w:line="262" w:lineRule="auto"/>
        <w:ind w:left="420" w:right="432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первоначальный опыт осмысления и нравственной оценки поступков, поведения (своих и других людей) с позиций российской светской (гражданской) этики;</w:t>
      </w:r>
    </w:p>
    <w:p w:rsidR="007156B9" w:rsidRPr="00DB0BD1" w:rsidRDefault="00EC0FE9">
      <w:pPr>
        <w:autoSpaceDE w:val="0"/>
        <w:autoSpaceDN w:val="0"/>
        <w:spacing w:before="240" w:after="0" w:line="281" w:lineRule="auto"/>
        <w:ind w:left="420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раскрывать своими словами первоначальные представления об основных нормах российской светской (гражданской) этики: любовь к Родине, российский патриотизм и гражданственность, защита Отечества; уважение памяти предков, исторического и культурного наследия и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особенностей народов России, российского общества; уважение чести, достоинства, доброго имени любого человека; любовь к природе, забота о животных, охрана окружающей среды;</w:t>
      </w:r>
    </w:p>
    <w:p w:rsidR="007156B9" w:rsidRPr="00DB0BD1" w:rsidRDefault="00EC0FE9">
      <w:pPr>
        <w:autoSpaceDE w:val="0"/>
        <w:autoSpaceDN w:val="0"/>
        <w:spacing w:before="238" w:after="0" w:line="281" w:lineRule="auto"/>
        <w:ind w:left="420" w:right="144"/>
        <w:rPr>
          <w:lang w:val="ru-RU"/>
        </w:rPr>
      </w:pPr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рассказывать о праздниках как одной из форм исторической памяти народа, общества; российских праздниках (государственные, народные, религиозные, семейные праздники); российских государственных праздниках, их истории и традициях (не менее трёх), религиозных праздниках (не менее двух разных традиционных религий народов России), праздниках в своём регионе (не менее одного), о роли семейных праздников в жизни человека, семьи;</w:t>
      </w:r>
      <w:proofErr w:type="gramEnd"/>
    </w:p>
    <w:p w:rsidR="007156B9" w:rsidRPr="00DB0BD1" w:rsidRDefault="00EC0FE9">
      <w:pPr>
        <w:autoSpaceDE w:val="0"/>
        <w:autoSpaceDN w:val="0"/>
        <w:spacing w:before="238" w:after="0" w:line="262" w:lineRule="auto"/>
        <w:ind w:left="420"/>
        <w:rPr>
          <w:lang w:val="ru-RU"/>
        </w:rPr>
      </w:pPr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раскрывать основное содержание понимания семьи, отношений в семье на основе российских традиционных духовных ценностей (семья — союз мужчины и женщины на основе взаимной</w:t>
      </w:r>
      <w:proofErr w:type="gramEnd"/>
    </w:p>
    <w:p w:rsidR="007156B9" w:rsidRPr="00DB0BD1" w:rsidRDefault="007156B9">
      <w:pPr>
        <w:rPr>
          <w:lang w:val="ru-RU"/>
        </w:rPr>
        <w:sectPr w:rsidR="007156B9" w:rsidRPr="00DB0BD1">
          <w:pgSz w:w="11900" w:h="16840"/>
          <w:pgMar w:top="328" w:right="740" w:bottom="422" w:left="666" w:header="720" w:footer="720" w:gutter="0"/>
          <w:cols w:space="720" w:equalWidth="0">
            <w:col w:w="10494" w:space="0"/>
          </w:cols>
          <w:docGrid w:linePitch="360"/>
        </w:sectPr>
      </w:pPr>
    </w:p>
    <w:p w:rsidR="007156B9" w:rsidRPr="00DB0BD1" w:rsidRDefault="007156B9">
      <w:pPr>
        <w:autoSpaceDE w:val="0"/>
        <w:autoSpaceDN w:val="0"/>
        <w:spacing w:after="66" w:line="220" w:lineRule="exact"/>
        <w:rPr>
          <w:lang w:val="ru-RU"/>
        </w:rPr>
      </w:pPr>
    </w:p>
    <w:p w:rsidR="007156B9" w:rsidRPr="00DB0BD1" w:rsidRDefault="00EC0FE9">
      <w:pPr>
        <w:autoSpaceDE w:val="0"/>
        <w:autoSpaceDN w:val="0"/>
        <w:spacing w:after="0" w:line="271" w:lineRule="auto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любви для совместной жизни, рождения и воспитания детей; любовь и забота родителей о детях; любовь и забота детей о нуждающихся в помощи родителях; уважение старших по возрасту, предков); российских традиционных семейных ценностей;</w:t>
      </w:r>
    </w:p>
    <w:p w:rsidR="007156B9" w:rsidRPr="00DB0BD1" w:rsidRDefault="00EC0FE9">
      <w:pPr>
        <w:autoSpaceDE w:val="0"/>
        <w:autoSpaceDN w:val="0"/>
        <w:spacing w:before="238" w:after="0" w:line="271" w:lineRule="auto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российскую государственную символику, символику своего региона, объяснять её значение; выражать уважение российской государственности, законов в </w:t>
      </w:r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рос​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сийском</w:t>
      </w:r>
      <w:proofErr w:type="spellEnd"/>
      <w:proofErr w:type="gram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обществе, законных интересов и прав людей, сограждан;</w:t>
      </w:r>
    </w:p>
    <w:p w:rsidR="007156B9" w:rsidRPr="00DB0BD1" w:rsidRDefault="00EC0FE9">
      <w:pPr>
        <w:autoSpaceDE w:val="0"/>
        <w:autoSpaceDN w:val="0"/>
        <w:spacing w:before="238" w:after="0" w:line="271" w:lineRule="auto"/>
        <w:ind w:right="288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рассказывать о трудовой морали, нравственных традициях трудовой деятельности, предпринимательства в России; выражать нравственную ориентацию на трудолюбие, честный труд, уважение к труду, трудящимся, результатам труда;</w:t>
      </w:r>
    </w:p>
    <w:p w:rsidR="007156B9" w:rsidRPr="00DB0BD1" w:rsidRDefault="00EC0FE9">
      <w:pPr>
        <w:autoSpaceDE w:val="0"/>
        <w:autoSpaceDN w:val="0"/>
        <w:spacing w:before="240" w:after="0" w:line="262" w:lineRule="auto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рассказывать о российских культурных и природных памятниках, о культурных и природных достопримечательностях своего региона;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right="432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раскрывать основное содержание российской светской (гражданской) этики на примерах образцов нравственности, российской гражданственности и патриотизма в истории России;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right="432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объяснять своими словами роль светской (гражданской) этики в становлении российской государственности;</w:t>
      </w:r>
    </w:p>
    <w:p w:rsidR="007156B9" w:rsidRPr="00DB0BD1" w:rsidRDefault="00EC0FE9">
      <w:pPr>
        <w:autoSpaceDE w:val="0"/>
        <w:autoSpaceDN w:val="0"/>
        <w:spacing w:before="238" w:after="0" w:line="271" w:lineRule="auto"/>
        <w:ind w:right="432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первоначальный опыт поисковой, проектной деятельности по изучению исторического и культурного наследия народов России, российского общества в своей местности, регионе, оформлению и представлению её результатов;</w:t>
      </w:r>
    </w:p>
    <w:p w:rsidR="007156B9" w:rsidRPr="00DB0BD1" w:rsidRDefault="00EC0FE9">
      <w:pPr>
        <w:autoSpaceDE w:val="0"/>
        <w:autoSpaceDN w:val="0"/>
        <w:spacing w:before="238" w:after="0" w:line="271" w:lineRule="auto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нравственных поступков, совершаемых с опорой на этические нормы российской светской (гражданской) этики и внутреннюю установку личности поступать согласно своей совести;</w:t>
      </w:r>
    </w:p>
    <w:p w:rsidR="007156B9" w:rsidRPr="00DB0BD1" w:rsidRDefault="00EC0FE9">
      <w:pPr>
        <w:autoSpaceDE w:val="0"/>
        <w:autoSpaceDN w:val="0"/>
        <w:spacing w:before="238" w:after="0" w:line="281" w:lineRule="auto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выражать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многорелигиозного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(приводить примеры), понимание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российского общенародного (общенационального, гражданского) патриотизма, любви к Отечеству, нашей общей Родине — России; приводить примеры сотрудничества последователей традиционных религий;</w:t>
      </w:r>
    </w:p>
    <w:p w:rsidR="007156B9" w:rsidRPr="00DB0BD1" w:rsidRDefault="00EC0FE9">
      <w:pPr>
        <w:autoSpaceDE w:val="0"/>
        <w:autoSpaceDN w:val="0"/>
        <w:spacing w:before="240" w:after="0" w:line="262" w:lineRule="auto"/>
        <w:ind w:right="576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называть традиционные религии в России, народы России, для которых традиционными религиями исторически являются православие, ислам, буддизм, иудаизм;</w:t>
      </w:r>
    </w:p>
    <w:p w:rsidR="007156B9" w:rsidRPr="00DB0BD1" w:rsidRDefault="00EC0FE9">
      <w:pPr>
        <w:autoSpaceDE w:val="0"/>
        <w:autoSpaceDN w:val="0"/>
        <w:spacing w:before="238" w:after="0" w:line="262" w:lineRule="auto"/>
        <w:ind w:right="432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—  выражать своими словами понимание человеческого достоинства, ценности человеческой жизни в российской светской (гражданской) этике.</w:t>
      </w:r>
    </w:p>
    <w:p w:rsidR="007156B9" w:rsidRPr="00DB0BD1" w:rsidRDefault="007156B9">
      <w:pPr>
        <w:rPr>
          <w:lang w:val="ru-RU"/>
        </w:rPr>
        <w:sectPr w:rsidR="007156B9" w:rsidRPr="00DB0BD1">
          <w:pgSz w:w="11900" w:h="16840"/>
          <w:pgMar w:top="286" w:right="744" w:bottom="1440" w:left="1086" w:header="720" w:footer="720" w:gutter="0"/>
          <w:cols w:space="720" w:equalWidth="0">
            <w:col w:w="10069" w:space="0"/>
          </w:cols>
          <w:docGrid w:linePitch="360"/>
        </w:sectPr>
      </w:pPr>
    </w:p>
    <w:p w:rsidR="007156B9" w:rsidRPr="00DB0BD1" w:rsidRDefault="007156B9">
      <w:pPr>
        <w:autoSpaceDE w:val="0"/>
        <w:autoSpaceDN w:val="0"/>
        <w:spacing w:after="64" w:line="220" w:lineRule="exact"/>
        <w:rPr>
          <w:lang w:val="ru-RU"/>
        </w:rPr>
      </w:pPr>
    </w:p>
    <w:p w:rsidR="007156B9" w:rsidRDefault="00EC0FE9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3506"/>
        <w:gridCol w:w="528"/>
        <w:gridCol w:w="1106"/>
        <w:gridCol w:w="1140"/>
        <w:gridCol w:w="804"/>
        <w:gridCol w:w="5308"/>
        <w:gridCol w:w="1260"/>
        <w:gridCol w:w="1382"/>
      </w:tblGrid>
      <w:tr w:rsidR="007156B9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3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  <w:proofErr w:type="spellEnd"/>
          </w:p>
        </w:tc>
        <w:tc>
          <w:tcPr>
            <w:tcW w:w="5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  <w:proofErr w:type="spellEnd"/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  <w:proofErr w:type="spellEnd"/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цифровые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)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ресурсы</w:t>
            </w:r>
            <w:proofErr w:type="spellEnd"/>
          </w:p>
        </w:tc>
      </w:tr>
      <w:tr w:rsidR="007156B9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B9" w:rsidRDefault="007156B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B9" w:rsidRDefault="007156B9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  <w:proofErr w:type="spellEnd"/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B9" w:rsidRDefault="007156B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B9" w:rsidRDefault="007156B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B9" w:rsidRDefault="007156B9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B9" w:rsidRDefault="007156B9"/>
        </w:tc>
      </w:tr>
      <w:tr w:rsidR="007156B9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Основы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светской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этики</w:t>
            </w:r>
            <w:proofErr w:type="spellEnd"/>
          </w:p>
        </w:tc>
      </w:tr>
      <w:tr w:rsidR="007156B9">
        <w:trPr>
          <w:trHeight w:hRule="exact" w:val="131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35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Россия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—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наша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Родина</w:t>
            </w:r>
            <w:proofErr w:type="spellEnd"/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53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proofErr w:type="gramStart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ключевые понятия учебной темы в устной и письменной речи, применять их при анализе и оценке явлений и фактов действительности; рассказывать о роли культурных традиций в жизни народов России, о значении культурных традиций в жизни человека, семьи, народа, общества; проверять себя и самостоятельно оценивать свои достижения;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единения народов России (например, праздники);</w:t>
            </w:r>
            <w:proofErr w:type="gramEnd"/>
          </w:p>
        </w:tc>
        <w:tc>
          <w:tcPr>
            <w:tcW w:w="126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45" w:lineRule="auto"/>
              <w:ind w:right="288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- http:// school-collection.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.</w:t>
            </w:r>
            <w:proofErr w:type="gramEnd"/>
          </w:p>
        </w:tc>
      </w:tr>
      <w:tr w:rsidR="007156B9">
        <w:trPr>
          <w:trHeight w:hRule="exact" w:val="24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Этика и её значение в жизни человека. Нормы морали. Нравственные ценности, идеалы,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принципы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proofErr w:type="gramStart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основные понятия темы в устной и письменной речи,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иллюстративный материал, соотносить текст с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иллюстрациями;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небольшой текст-рассуждение на темы добра и зла, моральных ценностей, идеалов;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высказывать суждения оценочного характера о значении нравственности в жизни человека, семьи, народа, общества, государства;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рассуждать о возможности и необходимости соблюдения нравственных норм в жизни человека, общества, раскрывать понимание «золотого правила этики»;</w:t>
            </w:r>
            <w:proofErr w:type="gramEnd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размышлять и рассуждать на морально-этические темы;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проверять себя и самостоятельно оценивать свои достижения;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45" w:lineRule="auto"/>
              <w:ind w:right="288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- http:// school-collection.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.</w:t>
            </w:r>
            <w:proofErr w:type="gramEnd"/>
          </w:p>
        </w:tc>
      </w:tr>
      <w:tr w:rsidR="007156B9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Государство и мораль гражданина. Основной Закон (Конституция) в государстве как источник российской гражданской этики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и понимать учебный текст, объяснять </w:t>
            </w:r>
            <w:proofErr w:type="spellStart"/>
            <w:proofErr w:type="gramStart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</w:t>
            </w:r>
            <w:proofErr w:type="spellEnd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чение</w:t>
            </w:r>
            <w:proofErr w:type="spellEnd"/>
            <w:proofErr w:type="gramEnd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слов (терминов и понятий) с опорой на текст учебника;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выражать понимание нравственного долга и ответственности человека в российском обществе, государстве;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российской гражданской этике как общепринятых в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российском обществе нормах морали, отношений и поведения людей, основанных на конституционных правах, свободах, обязанностях человека;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45" w:lineRule="auto"/>
              <w:ind w:right="288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- http:// school-collection.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.</w:t>
            </w:r>
            <w:proofErr w:type="gramEnd"/>
          </w:p>
        </w:tc>
      </w:tr>
      <w:tr w:rsidR="007156B9">
        <w:trPr>
          <w:trHeight w:hRule="exact" w:val="309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45" w:lineRule="auto"/>
              <w:ind w:left="72" w:right="144"/>
            </w:pP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Образцы нравственности в культуре Отечества, народов России.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Природа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человек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proofErr w:type="gramStart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рассуждать о необходимости соблюдения нравственных норм жизни в обществе;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рассуждать о нравственных нормах на примерах образцов поведения людей, исторических и литературных героев, защитников Отечества в истории России и современности;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рассуждать о возможности и необходимости бережного отношения к природе и личной ответственности за это каждого человека;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осуществлять поиск необходимой информации для выполнения заданий;</w:t>
            </w:r>
            <w:proofErr w:type="gramEnd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составлять небольшой текст-рассуждение на тему «Образцы нравственного поведения в культуре Отечества»;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знания, полученные на уроках по литературному чтению и окружающему миру, для осмысления примеров нравственного поведения людей в истории и культуре Отечества;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проверять себя и самостоятельно оценивать свои достижения;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45" w:lineRule="auto"/>
              <w:ind w:right="288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- http:// school-collection.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.</w:t>
            </w:r>
            <w:proofErr w:type="gramEnd"/>
          </w:p>
        </w:tc>
      </w:tr>
    </w:tbl>
    <w:p w:rsidR="007156B9" w:rsidRDefault="007156B9">
      <w:pPr>
        <w:autoSpaceDE w:val="0"/>
        <w:autoSpaceDN w:val="0"/>
        <w:spacing w:after="0" w:line="14" w:lineRule="exact"/>
      </w:pPr>
    </w:p>
    <w:p w:rsidR="007156B9" w:rsidRDefault="007156B9">
      <w:pPr>
        <w:sectPr w:rsidR="007156B9">
          <w:pgSz w:w="16840" w:h="11900"/>
          <w:pgMar w:top="282" w:right="640" w:bottom="59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156B9" w:rsidRDefault="007156B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3506"/>
        <w:gridCol w:w="528"/>
        <w:gridCol w:w="1106"/>
        <w:gridCol w:w="1140"/>
        <w:gridCol w:w="804"/>
        <w:gridCol w:w="5308"/>
        <w:gridCol w:w="1260"/>
        <w:gridCol w:w="1382"/>
      </w:tblGrid>
      <w:tr w:rsidR="007156B9">
        <w:trPr>
          <w:trHeight w:hRule="exact" w:val="18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Праздники как одна из форм исторической памяти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proofErr w:type="gramStart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праздников как одной из форм исторической памяти народа, общества, их значение для укрепления единства народа, общества; рассказывать о российских праздниках (государственные, народные,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религиозные, семейные), День народного единства, День защитников Отечества и др., о праздниках в своём регионе, местности проживания; осуществлять поиск необходимой информации для выполнения заданий; использовать речевые средства, навыки смыслового чтения учебных текстов, участвовать в беседе;</w:t>
            </w:r>
            <w:proofErr w:type="gramEnd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проверять себя и самостоятельно оценивать свои достижения;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45" w:lineRule="auto"/>
              <w:ind w:right="288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- http:// school-collection.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.</w:t>
            </w:r>
            <w:proofErr w:type="gramEnd"/>
          </w:p>
        </w:tc>
      </w:tr>
      <w:tr w:rsidR="007156B9">
        <w:trPr>
          <w:trHeight w:hRule="exact" w:val="111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35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4" w:after="0" w:line="230" w:lineRule="auto"/>
              <w:jc w:val="center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Семейные ценности. Этика семейных отношений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53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4" w:after="0" w:line="252" w:lineRule="auto"/>
              <w:ind w:left="72" w:right="144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значение слов (терминов и понятий) с опорой на учебный текст; раскрывать основное содержание понимания семьи, отношений в семье на основе взаимной любви и уважения, любовь и забота родителей о детях; любовь и забота детей о нуждающихся в помощи родителях; уважение старших;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4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4" w:after="0" w:line="245" w:lineRule="auto"/>
              <w:ind w:right="288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- http:// school-collection.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.</w:t>
            </w:r>
            <w:proofErr w:type="gramEnd"/>
          </w:p>
        </w:tc>
      </w:tr>
      <w:tr w:rsidR="007156B9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Трудовая мораль. Нравственные традиции предпринимательства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proofErr w:type="gramStart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прочитанное с точки зрения полученных ранее знаний; рассказывать о трудовой морали, нравственных традициях трудовой деятельности, предпринимательства в России, приводить примеры;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значение слов (терминов и понятий) с опорой на учебный текст; высказывать суждения оценочного характера о трудолюбии, честном труде, об уважении к труду, к трудящимся людям, результатам труда (своего и других людей);</w:t>
            </w:r>
            <w:proofErr w:type="gramEnd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поверять себя и самостоятельно оценивать свои достижения;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45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45" w:lineRule="auto"/>
              <w:ind w:right="288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- http:// school-collection.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.</w:t>
            </w:r>
            <w:proofErr w:type="gramEnd"/>
          </w:p>
        </w:tc>
      </w:tr>
      <w:tr w:rsidR="007156B9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45" w:lineRule="auto"/>
              <w:ind w:left="72" w:right="144"/>
            </w:pP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Что значит быть нравственным в наше время.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Методы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нравственного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самосовершенствования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выражать своими словами понятия урока;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нравственных поступков, оценивать поступки свои и других людей;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соотносить нравственные нормы с анализом личного опыта поведения; составлять небольшой текст-рассуждение на тему «Образцы нравственного поведения людей в современной жизни»;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проверять себя и самостоятельно оценивать свои достижения;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Самооценка с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использованием</w:t>
            </w:r>
            <w:proofErr w:type="gramStart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</w:t>
            </w:r>
            <w:proofErr w:type="gramEnd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ценочного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листа»;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45" w:lineRule="auto"/>
              <w:ind w:right="288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- http:// school-collection.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.</w:t>
            </w:r>
            <w:proofErr w:type="gramEnd"/>
          </w:p>
        </w:tc>
      </w:tr>
      <w:tr w:rsidR="007156B9">
        <w:trPr>
          <w:trHeight w:hRule="exact" w:val="24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Этикет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530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proofErr w:type="gramStart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размышлять и рассуждать на темы правил поведения в обществе;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нравственные нормы и правила этикета, приводить примеры; объяснять взаимосвязь этики и этикета, целесообразность правил этикета; рассказывать о правилах этикета в разных жизненных ситуациях, приводить примеры, использовать народные пословицы и поговорки;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обосновывать необходимость соблюдения правил этикета в разных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ситуациях;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осуществлять поиск необходимой информации для выполнения заданий;</w:t>
            </w:r>
            <w:proofErr w:type="gramEnd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применять навыки осознанного построения речевых высказываний в соответствии с коммуникативными задачами;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проверять себя и самостоятельно оценивать свои достижения;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45" w:lineRule="auto"/>
              <w:ind w:right="288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- http:// school-collection.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.</w:t>
            </w:r>
            <w:proofErr w:type="gramEnd"/>
          </w:p>
        </w:tc>
      </w:tr>
      <w:tr w:rsidR="007156B9">
        <w:trPr>
          <w:trHeight w:hRule="exact" w:val="197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1.10.</w:t>
            </w:r>
          </w:p>
        </w:tc>
        <w:tc>
          <w:tcPr>
            <w:tcW w:w="35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Любовь и уважение к Отечеству. Патриотизм многонационального и </w:t>
            </w:r>
            <w:proofErr w:type="spellStart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многоконфессионального</w:t>
            </w:r>
            <w:proofErr w:type="spellEnd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народа России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53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proofErr w:type="gramStart"/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закреплять и систематизировать представления о российской светской этике, духовно-нравственной культуре многонационального народа России, их значении в жизни человека, семьи, российского общества;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понятия «патриотизм», «Отечество», «многонациональный народ России», «служение», соотносить определения с понятиями, делать выводы;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основные понятия темы в устной и письменной речи;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проверять себя и самостоятельно оценивать свои достижения;</w:t>
            </w:r>
            <w:proofErr w:type="gramEnd"/>
          </w:p>
        </w:tc>
        <w:tc>
          <w:tcPr>
            <w:tcW w:w="126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Сочинение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6" w:after="0" w:line="245" w:lineRule="auto"/>
              <w:ind w:right="288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- http:// school-collection.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.</w:t>
            </w:r>
            <w:proofErr w:type="gramEnd"/>
          </w:p>
        </w:tc>
      </w:tr>
    </w:tbl>
    <w:p w:rsidR="007156B9" w:rsidRDefault="007156B9">
      <w:pPr>
        <w:autoSpaceDE w:val="0"/>
        <w:autoSpaceDN w:val="0"/>
        <w:spacing w:after="0" w:line="14" w:lineRule="exact"/>
      </w:pPr>
    </w:p>
    <w:p w:rsidR="007156B9" w:rsidRDefault="007156B9">
      <w:pPr>
        <w:sectPr w:rsidR="007156B9">
          <w:pgSz w:w="16840" w:h="11900"/>
          <w:pgMar w:top="284" w:right="640" w:bottom="32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156B9" w:rsidRDefault="007156B9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3974"/>
        <w:gridCol w:w="528"/>
        <w:gridCol w:w="1106"/>
        <w:gridCol w:w="1140"/>
        <w:gridCol w:w="8754"/>
      </w:tblGrid>
      <w:tr w:rsidR="007156B9">
        <w:trPr>
          <w:trHeight w:hRule="exact" w:val="328"/>
        </w:trPr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8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</w:tr>
    </w:tbl>
    <w:p w:rsidR="007156B9" w:rsidRDefault="007156B9">
      <w:pPr>
        <w:autoSpaceDE w:val="0"/>
        <w:autoSpaceDN w:val="0"/>
        <w:spacing w:after="0" w:line="14" w:lineRule="exact"/>
      </w:pPr>
    </w:p>
    <w:p w:rsidR="007156B9" w:rsidRDefault="007156B9">
      <w:pPr>
        <w:sectPr w:rsidR="007156B9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156B9" w:rsidRDefault="007156B9">
      <w:pPr>
        <w:autoSpaceDE w:val="0"/>
        <w:autoSpaceDN w:val="0"/>
        <w:spacing w:after="78" w:line="220" w:lineRule="exact"/>
      </w:pPr>
    </w:p>
    <w:p w:rsidR="007156B9" w:rsidRDefault="00EC0FE9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7156B9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7156B9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B9" w:rsidRDefault="007156B9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B9" w:rsidRDefault="007156B9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B9" w:rsidRDefault="007156B9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B9" w:rsidRDefault="007156B9"/>
        </w:tc>
      </w:tr>
      <w:tr w:rsidR="007156B9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Духовные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ценностичеловечества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  <w:p w:rsidR="007156B9" w:rsidRDefault="00EC0FE9">
            <w:pPr>
              <w:autoSpaceDE w:val="0"/>
              <w:autoSpaceDN w:val="0"/>
              <w:spacing w:before="72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Религия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494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философии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этике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Мораль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нравственность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 w:rsidRPr="0056304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98" w:after="0" w:line="262" w:lineRule="auto"/>
              <w:jc w:val="center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Образцы нравственности в культурах разных народов.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7156B9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Гуманисты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71" w:lineRule="auto"/>
              <w:ind w:left="72" w:right="100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Гуманисты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России.Писатели-гуманисты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Труд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нравственная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ценность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Нравственные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традиции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предпринимательства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Меценатство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62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Нравственность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наше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100" w:after="0" w:line="271" w:lineRule="auto"/>
              <w:ind w:left="72" w:right="432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Что такое добродетель. Аристотель о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добродетелях.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Нравственные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Сократ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Нравственный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Справедливость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 w:rsidRPr="00563049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Терпение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терпимость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</w:tbl>
    <w:p w:rsidR="007156B9" w:rsidRPr="00DB0BD1" w:rsidRDefault="007156B9">
      <w:pPr>
        <w:autoSpaceDE w:val="0"/>
        <w:autoSpaceDN w:val="0"/>
        <w:spacing w:after="0" w:line="14" w:lineRule="exact"/>
        <w:rPr>
          <w:lang w:val="ru-RU"/>
        </w:rPr>
      </w:pPr>
    </w:p>
    <w:p w:rsidR="007156B9" w:rsidRPr="00DB0BD1" w:rsidRDefault="007156B9">
      <w:pPr>
        <w:rPr>
          <w:lang w:val="ru-RU"/>
        </w:rPr>
        <w:sectPr w:rsidR="007156B9" w:rsidRPr="00DB0BD1">
          <w:pgSz w:w="11900" w:h="16840"/>
          <w:pgMar w:top="298" w:right="650" w:bottom="3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156B9" w:rsidRPr="00DB0BD1" w:rsidRDefault="007156B9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7156B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Милосердие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—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милость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сердца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Десять заповедей - основа нравственного закона.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Десять заповедей и мораль в современном обществе.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Совесть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Долг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494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Ответственность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 w:rsidRPr="0056304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right="1008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Золотое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нравственности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7156B9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Этика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Государство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основанное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справедливости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Этика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религиозная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светская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нравственная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норма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Отношение к другим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людям и к самому себе.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Великие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мыслители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дружбе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самовоспитании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71" w:lineRule="auto"/>
              <w:ind w:left="72" w:right="115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Патриотизм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какнравственная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категория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Эмоциональный интеллект и язык общения.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венец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творения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156B9" w:rsidRPr="00563049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общий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дом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ценочного </w:t>
            </w:r>
            <w:r w:rsidRPr="00DB0BD1">
              <w:rPr>
                <w:lang w:val="ru-RU"/>
              </w:rPr>
              <w:br/>
            </w: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7156B9">
        <w:trPr>
          <w:trHeight w:hRule="exact" w:val="808"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Pr="00DB0BD1" w:rsidRDefault="00EC0FE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DB0BD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EC0FE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156B9" w:rsidRDefault="007156B9"/>
        </w:tc>
      </w:tr>
    </w:tbl>
    <w:p w:rsidR="007156B9" w:rsidRPr="00DB0BD1" w:rsidRDefault="007156B9">
      <w:pPr>
        <w:rPr>
          <w:lang w:val="ru-RU"/>
        </w:rPr>
        <w:sectPr w:rsidR="007156B9" w:rsidRPr="00DB0BD1">
          <w:pgSz w:w="11900" w:h="16840"/>
          <w:pgMar w:top="284" w:right="650" w:bottom="43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156B9" w:rsidRPr="00DB0BD1" w:rsidRDefault="007156B9">
      <w:pPr>
        <w:rPr>
          <w:lang w:val="ru-RU"/>
        </w:rPr>
        <w:sectPr w:rsidR="007156B9" w:rsidRPr="00DB0BD1">
          <w:pgSz w:w="11900" w:h="16840"/>
          <w:pgMar w:top="1440" w:right="1440" w:bottom="1440" w:left="1440" w:header="720" w:footer="720" w:gutter="0"/>
          <w:cols w:space="720" w:equalWidth="0">
            <w:col w:w="10584" w:space="0"/>
          </w:cols>
          <w:docGrid w:linePitch="360"/>
        </w:sectPr>
      </w:pPr>
    </w:p>
    <w:p w:rsidR="007156B9" w:rsidRDefault="007156B9">
      <w:pPr>
        <w:autoSpaceDE w:val="0"/>
        <w:autoSpaceDN w:val="0"/>
        <w:spacing w:after="78" w:line="220" w:lineRule="exact"/>
      </w:pPr>
    </w:p>
    <w:p w:rsidR="007156B9" w:rsidRDefault="00EC0FE9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7156B9" w:rsidRDefault="00EC0FE9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7156B9" w:rsidRPr="00DB0BD1" w:rsidRDefault="00EC0FE9">
      <w:pPr>
        <w:autoSpaceDE w:val="0"/>
        <w:autoSpaceDN w:val="0"/>
        <w:spacing w:before="166" w:after="0" w:line="281" w:lineRule="auto"/>
        <w:ind w:right="144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Основы религиозных культур и светской этики. Основы светской этики. 4 класс/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Шемшурина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А.И., Акционерное общество «Издательство «Просвещение»;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вариант</w:t>
      </w:r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:О</w:t>
      </w:r>
      <w:proofErr w:type="gram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сновы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религиозных культур и светской этики. Основы светской этики. 4 класс/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Шемшурин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А.А.,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Брунчукова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Н.М., Демин Р.Н. и другие; под редакцией Шапошниковой Т.Д., ООО «ДРОФА»; АО</w:t>
      </w:r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«И</w:t>
      </w:r>
      <w:proofErr w:type="gram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здательство Просвещение»;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7156B9" w:rsidRPr="00DB0BD1" w:rsidRDefault="00EC0FE9">
      <w:pPr>
        <w:autoSpaceDE w:val="0"/>
        <w:autoSpaceDN w:val="0"/>
        <w:spacing w:before="264" w:after="0" w:line="230" w:lineRule="auto"/>
        <w:rPr>
          <w:lang w:val="ru-RU"/>
        </w:rPr>
      </w:pPr>
      <w:r w:rsidRPr="00DB0BD1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7156B9" w:rsidRPr="00DB0BD1" w:rsidRDefault="00EC0FE9">
      <w:pPr>
        <w:autoSpaceDE w:val="0"/>
        <w:autoSpaceDN w:val="0"/>
        <w:spacing w:before="168" w:after="0" w:line="286" w:lineRule="auto"/>
        <w:ind w:right="144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Примерные рабочие программы начального общего образования «Основы религиозных культур и светской этики» / Институт стратегии развития образования российской академии образования – М., 2021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Учебник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Шемшурина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А.И. «Основы светской этики. 4 класс Электронное приложение к учебному пособию «Основы светской этики. 4 класс»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Методическое пособие.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Шемшурина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А.И. «Основы религиозных культур и светской этики. Основы светской этики. 4 класс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тетрадь. А. И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Шемшурина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«Основы светской этики. 4 класс</w:t>
      </w:r>
    </w:p>
    <w:p w:rsidR="007156B9" w:rsidRPr="00DB0BD1" w:rsidRDefault="00EC0FE9">
      <w:pPr>
        <w:autoSpaceDE w:val="0"/>
        <w:autoSpaceDN w:val="0"/>
        <w:spacing w:before="262" w:after="0" w:line="230" w:lineRule="auto"/>
        <w:rPr>
          <w:lang w:val="ru-RU"/>
        </w:rPr>
      </w:pPr>
      <w:r w:rsidRPr="00DB0BD1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7156B9" w:rsidRPr="00DB0BD1" w:rsidRDefault="00EC0FE9">
      <w:pPr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Федеральный центр информационно-образовательных ресурсов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://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fcior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;</w:t>
      </w:r>
      <w:proofErr w:type="gram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Единая коллекция цифровых образовательных ресурсов -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:// 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.</w:t>
      </w:r>
    </w:p>
    <w:p w:rsidR="007156B9" w:rsidRPr="00DB0BD1" w:rsidRDefault="00EC0FE9">
      <w:pPr>
        <w:autoSpaceDE w:val="0"/>
        <w:autoSpaceDN w:val="0"/>
        <w:spacing w:before="406" w:after="0" w:line="29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orkce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apkpro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/ - сайт дисциплины ОРКСЭ образовательной области основ духовно-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нравственной культуры народов России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Российская электронная школа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: //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Каталог учебных изданий, электронного оборудования и электронных образовательных ресурсов для общего образования 1-4 класс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ndce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Федеральный портал «Российское образование»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Российский общеобразовательный портал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Портал "Информационные коммуникационные технологии в образовании"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ict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M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е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todkabinet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 информационно-методический кабинет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metodkabinet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Газета «1 сентября»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.1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september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Каталог образовательных ресурсов сети «Интернет»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catalog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iot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Учительский портал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ucportal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proofErr w:type="gram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Всероссийский учительский портал ЗАВУЧ. ИНФО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zavuch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info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Интернет портал </w:t>
      </w:r>
      <w:proofErr w:type="gramStart"/>
      <w:r>
        <w:rPr>
          <w:rFonts w:ascii="Times New Roman" w:eastAsia="Times New Roman" w:hAnsi="Times New Roman"/>
          <w:color w:val="000000"/>
          <w:sz w:val="24"/>
        </w:rPr>
        <w:t>Pro</w:t>
      </w:r>
      <w:proofErr w:type="gram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Школу.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proshkolu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B0BD1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C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оциальная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сеть работников образования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nsportal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Проект "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Началка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" </w:t>
      </w:r>
      <w:r w:rsidRPr="00DB0BD1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nachalka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Сайт «Начальная школа» с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онлайн-поддержкой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учебников комплекта «Школа России» 1-4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кл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://1-4.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prosv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Сайт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интернет-проекта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«Копилка уроков сайт для учителей» 1-4 класс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kopilurokov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Журнал «Начальная школа»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openworld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Сетевое образовательное сообщество учителей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Инфоурок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infourok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Образовательный портал «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Видеоуроки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»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videouroki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net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Сетевое образовательное сообщество учителей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Мультиурок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://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multiurok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</w:p>
    <w:p w:rsidR="007156B9" w:rsidRPr="00DB0BD1" w:rsidRDefault="007156B9">
      <w:pPr>
        <w:rPr>
          <w:lang w:val="ru-RU"/>
        </w:rPr>
        <w:sectPr w:rsidR="007156B9" w:rsidRPr="00DB0BD1">
          <w:pgSz w:w="11900" w:h="16840"/>
          <w:pgMar w:top="298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156B9" w:rsidRPr="00DB0BD1" w:rsidRDefault="007156B9">
      <w:pPr>
        <w:autoSpaceDE w:val="0"/>
        <w:autoSpaceDN w:val="0"/>
        <w:spacing w:after="96" w:line="220" w:lineRule="exact"/>
        <w:rPr>
          <w:lang w:val="ru-RU"/>
        </w:rPr>
      </w:pPr>
    </w:p>
    <w:p w:rsidR="007156B9" w:rsidRPr="00DB0BD1" w:rsidRDefault="00EC0FE9">
      <w:pPr>
        <w:autoSpaceDE w:val="0"/>
        <w:autoSpaceDN w:val="0"/>
        <w:spacing w:after="0" w:line="271" w:lineRule="auto"/>
        <w:ind w:right="72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religio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/ - Мир религий </w:t>
      </w:r>
      <w:r w:rsidRPr="00DB0BD1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gmir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- Государственный музей истории религии </w:t>
      </w:r>
      <w:r w:rsidRPr="00DB0BD1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musei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online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blogspot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search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label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/Россия - сайт «Музеи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онлайн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» с виртуальными</w:t>
      </w:r>
    </w:p>
    <w:p w:rsidR="007156B9" w:rsidRPr="00DB0BD1" w:rsidRDefault="00EC0FE9">
      <w:pPr>
        <w:autoSpaceDE w:val="0"/>
        <w:autoSpaceDN w:val="0"/>
        <w:spacing w:before="1078" w:after="0" w:line="230" w:lineRule="auto"/>
        <w:rPr>
          <w:lang w:val="ru-RU"/>
        </w:rPr>
      </w:pP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экскурсиями по музеям мира, представлено 16 музеев России.</w:t>
      </w:r>
    </w:p>
    <w:p w:rsidR="007156B9" w:rsidRPr="00DB0BD1" w:rsidRDefault="00EC0FE9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ethnomuseum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- сайт Российского этнографического музея.</w:t>
      </w:r>
    </w:p>
    <w:p w:rsidR="007156B9" w:rsidRPr="00DB0BD1" w:rsidRDefault="00EC0FE9">
      <w:pPr>
        <w:autoSpaceDE w:val="0"/>
        <w:autoSpaceDN w:val="0"/>
        <w:spacing w:before="408" w:after="0" w:line="271" w:lineRule="auto"/>
        <w:ind w:right="144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culture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- сайт «Культура. РФ», гуманитарный просветительский проект, посвященный культуре России. Рассказывает о наиболее значимых событиях, народных традициях, памятниках нашей страны.</w:t>
      </w:r>
    </w:p>
    <w:p w:rsidR="007156B9" w:rsidRPr="00DB0BD1" w:rsidRDefault="00EC0FE9">
      <w:pPr>
        <w:autoSpaceDE w:val="0"/>
        <w:autoSpaceDN w:val="0"/>
        <w:spacing w:before="406" w:after="0" w:line="262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artclassic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/ - коллекция образовательных ресурсов по поиску произведений искусства по времени, стране, стилю.</w:t>
      </w:r>
    </w:p>
    <w:p w:rsidR="007156B9" w:rsidRPr="00DB0BD1" w:rsidRDefault="00EC0FE9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rsl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/ - сайт российской государственной библиотеки.</w:t>
      </w:r>
    </w:p>
    <w:p w:rsidR="007156B9" w:rsidRPr="00DB0BD1" w:rsidRDefault="00EC0FE9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eart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by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- иллюстрированный словарь по искусству.</w:t>
      </w:r>
    </w:p>
    <w:p w:rsidR="007156B9" w:rsidRPr="00DB0BD1" w:rsidRDefault="00EC0FE9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artcyclopedia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- иллюстрированная энциклопедия по искусству.</w:t>
      </w:r>
    </w:p>
    <w:p w:rsidR="007156B9" w:rsidRPr="00DB0BD1" w:rsidRDefault="00EC0FE9">
      <w:pPr>
        <w:autoSpaceDE w:val="0"/>
        <w:autoSpaceDN w:val="0"/>
        <w:spacing w:before="406" w:after="0" w:line="271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bibliotekar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rossia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index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htm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- электронная библиотека </w:t>
      </w:r>
      <w:r w:rsidRPr="00DB0BD1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sokrnarmira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- библиотека народной мудрости: мифов, сказок, притч, легенд, былин, пословиц и поговорок.</w:t>
      </w:r>
    </w:p>
    <w:p w:rsidR="007156B9" w:rsidRPr="00DB0BD1" w:rsidRDefault="00EC0FE9">
      <w:pPr>
        <w:autoSpaceDE w:val="0"/>
        <w:autoSpaceDN w:val="0"/>
        <w:spacing w:before="406" w:after="0" w:line="271" w:lineRule="auto"/>
        <w:ind w:right="2304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parables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main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-17.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- детские притчи </w:t>
      </w:r>
      <w:r w:rsidRPr="00DB0BD1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pritchi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– </w:t>
      </w:r>
      <w:proofErr w:type="spell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притчиХочу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такой сайт </w:t>
      </w:r>
      <w:r w:rsidRPr="00DB0BD1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artprojekt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- энциклопедия искусства - галереи, история искусства.</w:t>
      </w:r>
      <w:proofErr w:type="gramEnd"/>
    </w:p>
    <w:p w:rsidR="007156B9" w:rsidRPr="00DB0BD1" w:rsidRDefault="00EC0FE9">
      <w:pPr>
        <w:autoSpaceDE w:val="0"/>
        <w:autoSpaceDN w:val="0"/>
        <w:spacing w:before="408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smirnova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net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/ - гид по музеям мира и галереям.</w:t>
      </w:r>
    </w:p>
    <w:p w:rsidR="007156B9" w:rsidRPr="00DB0BD1" w:rsidRDefault="00EC0FE9" w:rsidP="00DB0BD1">
      <w:pPr>
        <w:autoSpaceDE w:val="0"/>
        <w:autoSpaceDN w:val="0"/>
        <w:spacing w:before="408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cbook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peoples</w:t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/ - электронная энциклопедия «Народы и религии мира</w:t>
      </w:r>
    </w:p>
    <w:p w:rsidR="007156B9" w:rsidRPr="00DB0BD1" w:rsidRDefault="00EC0FE9">
      <w:pPr>
        <w:autoSpaceDE w:val="0"/>
        <w:autoSpaceDN w:val="0"/>
        <w:spacing w:after="0" w:line="230" w:lineRule="auto"/>
        <w:rPr>
          <w:lang w:val="ru-RU"/>
        </w:rPr>
      </w:pPr>
      <w:r w:rsidRPr="00DB0BD1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7156B9" w:rsidRPr="00DB0BD1" w:rsidRDefault="00EC0FE9">
      <w:pPr>
        <w:autoSpaceDE w:val="0"/>
        <w:autoSpaceDN w:val="0"/>
        <w:spacing w:before="346" w:after="0" w:line="300" w:lineRule="auto"/>
        <w:ind w:right="7200"/>
        <w:rPr>
          <w:lang w:val="ru-RU"/>
        </w:rPr>
      </w:pPr>
      <w:r w:rsidRPr="00DB0BD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Ноутбук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Проектор</w:t>
      </w:r>
    </w:p>
    <w:p w:rsidR="00EC0FE9" w:rsidRPr="00DB0BD1" w:rsidRDefault="00EC0FE9" w:rsidP="00DB0BD1">
      <w:pPr>
        <w:autoSpaceDE w:val="0"/>
        <w:autoSpaceDN w:val="0"/>
        <w:spacing w:before="262" w:after="0" w:line="300" w:lineRule="auto"/>
        <w:ind w:right="720"/>
        <w:rPr>
          <w:lang w:val="ru-RU"/>
        </w:rPr>
      </w:pPr>
      <w:r w:rsidRPr="00DB0BD1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 xml:space="preserve">ОБОРУДОВАНИЕ ДЛЯ ПРОВЕДЕНИЯ ЛАБОРАТОРНЫХ, ПРАКТИЧЕСКИХ РАБОТ, ДЕМОНСТРАЦИЙ </w:t>
      </w:r>
      <w:r w:rsidRPr="00DB0BD1">
        <w:rPr>
          <w:lang w:val="ru-RU"/>
        </w:rPr>
        <w:br/>
      </w:r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Плакаты, карандаши</w:t>
      </w:r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gram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>ф</w:t>
      </w:r>
      <w:proofErr w:type="gramEnd"/>
      <w:r w:rsidRPr="00DB0BD1">
        <w:rPr>
          <w:rFonts w:ascii="Times New Roman" w:eastAsia="Times New Roman" w:hAnsi="Times New Roman"/>
          <w:color w:val="000000"/>
          <w:sz w:val="24"/>
          <w:lang w:val="ru-RU"/>
        </w:rPr>
        <w:t xml:space="preserve">ломастеры, цветная бумага, картон, </w:t>
      </w:r>
      <w:r w:rsidR="00DB0BD1">
        <w:rPr>
          <w:rFonts w:ascii="Times New Roman" w:eastAsia="Times New Roman" w:hAnsi="Times New Roman"/>
          <w:color w:val="000000"/>
          <w:sz w:val="24"/>
          <w:lang w:val="ru-RU"/>
        </w:rPr>
        <w:t>к</w:t>
      </w:r>
      <w:r w:rsidR="00DB0BD1">
        <w:rPr>
          <w:lang w:val="ru-RU"/>
        </w:rPr>
        <w:t>лей</w:t>
      </w:r>
    </w:p>
    <w:sectPr w:rsidR="00EC0FE9" w:rsidRPr="00DB0BD1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30175B"/>
    <w:rsid w:val="00326F90"/>
    <w:rsid w:val="00430C6B"/>
    <w:rsid w:val="00506BC3"/>
    <w:rsid w:val="00563049"/>
    <w:rsid w:val="006E1698"/>
    <w:rsid w:val="007156B9"/>
    <w:rsid w:val="00815545"/>
    <w:rsid w:val="008D579B"/>
    <w:rsid w:val="009A1881"/>
    <w:rsid w:val="00AA1D8D"/>
    <w:rsid w:val="00B47730"/>
    <w:rsid w:val="00CA139D"/>
    <w:rsid w:val="00CB0664"/>
    <w:rsid w:val="00DB0BD1"/>
    <w:rsid w:val="00E7733C"/>
    <w:rsid w:val="00EC0FE9"/>
    <w:rsid w:val="00FA5083"/>
    <w:rsid w:val="00FC693F"/>
    <w:rsid w:val="00FD5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CA1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CA1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2491B2-3432-4DF9-8740-E794EE282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4627</Words>
  <Characters>26374</Characters>
  <Application>Microsoft Office Word</Application>
  <DocSecurity>0</DocSecurity>
  <Lines>219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30940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RePack by SPecialiST</cp:lastModifiedBy>
  <cp:revision>9</cp:revision>
  <cp:lastPrinted>2025-08-29T14:54:00Z</cp:lastPrinted>
  <dcterms:created xsi:type="dcterms:W3CDTF">2022-12-03T11:35:00Z</dcterms:created>
  <dcterms:modified xsi:type="dcterms:W3CDTF">2025-09-18T16:08:00Z</dcterms:modified>
</cp:coreProperties>
</file>